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Punta del Santo Homelike Experiences SL</w:t>
      </w:r>
    </w:p>
    <w:p>
      <w:r>
        <w:t>NIF B75280875.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