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PROTESIS OCULARES OCAMPO</w:t>
      </w:r>
    </w:p>
    <w:p>
      <w:r>
        <w:t>NIF B82799875.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Suministro y adaptación de prótesis oculares para los centros asistenciales de IBERMUTUA · exp. CG-2026/9998/0004</w:t>
            </w:r>
          </w:p>
        </w:tc>
        <w:tc>
          <w:tcPr>
            <w:tcW w:type="dxa" w:w="1440"/>
          </w:tcPr>
          <w:p>
            <w:r>
              <w:t>Dirección General de IBERMUTUA, Mutua Colaboradora con la Seguridad Social nº 274 · NIF G81939217</w:t>
            </w:r>
          </w:p>
        </w:tc>
        <w:tc>
          <w:tcPr>
            <w:tcW w:type="dxa" w:w="1440"/>
          </w:tcPr>
          <w:p>
            <w:r>
              <w:t>45.000,00 €</w:t>
            </w:r>
          </w:p>
        </w:tc>
        <w:tc>
          <w:tcPr>
            <w:tcW w:type="dxa" w:w="1440"/>
          </w:tcPr>
          <w:p>
            <w:r>
              <w:t>14/04/2026</w:t>
            </w:r>
          </w:p>
        </w:tc>
        <w:tc>
          <w:tcPr>
            <w:tcW w:type="dxa" w:w="1440"/>
          </w:tcPr>
          <w:p>
            <w:r>
              <w:t>01/06/2026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prótesis oculares para los centros asistenciales de la DT MADRID de IBERMUTUA · exp. CG-2024/2801/0098</w:t>
            </w:r>
          </w:p>
        </w:tc>
        <w:tc>
          <w:tcPr>
            <w:tcW w:type="dxa" w:w="1440"/>
          </w:tcPr>
          <w:p>
            <w:r>
              <w:t>Dirección General de IBERMUTUA, Mutua Colaboradora con la Seguridad Social nº 274 · NIF G81939217</w:t>
            </w:r>
          </w:p>
        </w:tc>
        <w:tc>
          <w:tcPr>
            <w:tcW w:type="dxa" w:w="1440"/>
          </w:tcPr>
          <w:p>
            <w:r>
              <w:t>29.998,93 €</w:t>
            </w:r>
          </w:p>
        </w:tc>
        <w:tc>
          <w:tcPr>
            <w:tcW w:type="dxa" w:w="1440"/>
          </w:tcPr>
          <w:p>
            <w:r>
              <w:t>23/08/2024</w:t>
            </w:r>
          </w:p>
        </w:tc>
        <w:tc>
          <w:tcPr>
            <w:tcW w:type="dxa" w:w="1440"/>
          </w:tcPr>
          <w:p>
            <w:r>
              <w:t>01/09/2024 – 01/09/2026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74.998,93 €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IBERMUTUA, Mutua Colaboradora con la Seguridad Social nº 274 (NIF G81939217)</w:t>
      </w:r>
    </w:p>
    <w:p>
      <w:r>
        <w:t xml:space="preserve">PROTESIS OCULARES OCAMPO, con NIF B82799875, adjudicataria del contrato «Suministro y adaptación de prótesis oculares para los centros asistenciales de IBERMUTUA», expediente CG-2026/9998/0004, adjudicado el 14/04/2026 por 45.000,00 €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01/06/2026 a 01/06/2027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IBERMUTUA, Mutua Colaboradora con la Seguridad Social nº 274 (NIF G81939217)</w:t>
      </w:r>
    </w:p>
    <w:p>
      <w:r>
        <w:t xml:space="preserve">PROTESIS OCULARES OCAMPO, con NIF B82799875, adjudicataria del contrato «Suministro de prótesis oculares para los centros asistenciales de la DT MADRID de IBERMUTUA», expediente CG-2024/2801/0098, adjudicado el 23/08/2024 por 29.998,93 €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01/09/2024 a 01/09/2026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