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PROQUO TECNOLOGIA SENCILLA, S.L..</w:t>
      </w:r>
    </w:p>
    <w:p>
      <w:r>
        <w:t>NIF B71399471.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