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PRODISA TELEVISION, S.L.</w:t>
      </w:r>
    </w:p>
    <w:p>
      <w:r>
        <w:t>NIF B18425074.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servicios de apoyo a la gestión de la comunicación corporativa e institucional del Ayuntamiento de Paracuellos de Jarama · exp. 15914/2024 Apoyo Comunicación Corporativa</w:t>
            </w:r>
          </w:p>
        </w:tc>
        <w:tc>
          <w:tcPr>
            <w:tcW w:type="dxa" w:w="1440"/>
          </w:tcPr>
          <w:p>
            <w:r>
              <w:t>Ayuntamiento de Paracuellos de Jarama · NIF P2810400H</w:t>
            </w:r>
          </w:p>
        </w:tc>
        <w:tc>
          <w:tcPr>
            <w:tcW w:type="dxa" w:w="1440"/>
          </w:tcPr>
          <w:p>
            <w:r>
              <w:t>14.159,00 €</w:t>
            </w:r>
          </w:p>
        </w:tc>
        <w:tc>
          <w:tcPr>
            <w:tcW w:type="dxa" w:w="1440"/>
          </w:tcPr>
          <w:p>
            <w:r>
              <w:t>30/04/2025</w:t>
            </w:r>
          </w:p>
        </w:tc>
        <w:tc>
          <w:tcPr>
            <w:tcW w:type="dxa" w:w="1440"/>
          </w:tcPr>
          <w:p>
            <w:r>
              <w:t>08/05/2025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14.159,00 €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Paracuellos de Jarama (NIF P2810400H)</w:t>
      </w:r>
    </w:p>
    <w:p>
      <w:r>
        <w:t xml:space="preserve">PRODISA TELEVISION, S.L., con NIF B18425074, adjudicataria del contrato «Contrato de servicios de apoyo a la gestión de la comunicación corporativa e institucional del Ayuntamiento de Paracuellos de Jarama», expediente 15914/2024 Apoyo Comunicación Corporativa, adjudicado el 30/04/2025 por 14.159,00 €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08/05/2025 a 08/05/2027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