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PREVENCION Y SEGURIDAD DEL SUR, S.L.</w:t>
      </w:r>
    </w:p>
    <w:p>
      <w:r>
        <w:t>NIF B23613789.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servicio ajeno de prevención de riesgos laborales y vigilancia de la salud de los trabajadores del Ayuntamiento de Priego de Córdoba. · exp. 2024/4344</w:t>
            </w:r>
          </w:p>
        </w:tc>
        <w:tc>
          <w:tcPr>
            <w:tcW w:type="dxa" w:w="1440"/>
          </w:tcPr>
          <w:p>
            <w:r>
              <w:t>Ayuntamiento de Priego de Córdoba · NIF P1405500H</w:t>
            </w:r>
          </w:p>
        </w:tc>
        <w:tc>
          <w:tcPr>
            <w:tcW w:type="dxa" w:w="1440"/>
          </w:tcPr>
          <w:p>
            <w:r>
              <w:t>16.238,74 €</w:t>
            </w:r>
          </w:p>
        </w:tc>
        <w:tc>
          <w:tcPr>
            <w:tcW w:type="dxa" w:w="1440"/>
          </w:tcPr>
          <w:p>
            <w:r>
              <w:t>13/06/2024</w:t>
            </w:r>
          </w:p>
        </w:tc>
        <w:tc>
          <w:tcPr>
            <w:tcW w:type="dxa" w:w="1440"/>
          </w:tcPr>
          <w:p>
            <w:r>
              <w:t>13/07/2024 – 13/07/2026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prevención ajeno para asumir las funciones de prevención de riesgos laborales - Vigilancia de la Salud · exp. 2595/2024</w:t>
            </w:r>
          </w:p>
        </w:tc>
        <w:tc>
          <w:tcPr>
            <w:tcW w:type="dxa" w:w="1440"/>
          </w:tcPr>
          <w:p>
            <w:r>
              <w:t>Ayuntamiento de Alcalá la Real · NIF P2300200I</w:t>
            </w:r>
          </w:p>
        </w:tc>
        <w:tc>
          <w:tcPr>
            <w:tcW w:type="dxa" w:w="1440"/>
          </w:tcPr>
          <w:p>
            <w:r>
              <w:t>14.600,00 €</w:t>
            </w:r>
          </w:p>
        </w:tc>
        <w:tc>
          <w:tcPr>
            <w:tcW w:type="dxa" w:w="1440"/>
          </w:tcPr>
          <w:p>
            <w:r>
              <w:t>29/05/2024</w:t>
            </w:r>
          </w:p>
        </w:tc>
        <w:tc>
          <w:tcPr>
            <w:tcW w:type="dxa" w:w="1440"/>
          </w:tcPr>
          <w:p>
            <w:r>
              <w:t>31/05/2024 – 31/05/2026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30.838,74 €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Priego de Córdoba (NIF P1405500H)</w:t>
      </w:r>
    </w:p>
    <w:p>
      <w:r>
        <w:t xml:space="preserve">PREVENCION Y SEGURIDAD DEL SUR, S.L., con NIF B23613789, adjudicataria del contrato «Contratación del servicio ajeno de prevención de riesgos laborales y vigilancia de la salud de los trabajadores del Ayuntamiento de Priego de Córdoba.», expediente 2024/4344, adjudicado el 13/06/2024 por 16.238,74 €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13/07/2024 a 13/07/2026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Alcalá la Real (NIF P2300200I)</w:t>
      </w:r>
    </w:p>
    <w:p>
      <w:r>
        <w:t xml:space="preserve">PREVENCION Y SEGURIDAD DEL SUR, S.L., con NIF B23613789, adjudicataria del contrato «Servicio de prevención ajeno para asumir las funciones de prevención de riesgos laborales - Vigilancia de la Salud», expediente 2595/2024, adjudicado el 29/05/2024 por 14.600,00 €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31/05/2024 a 31/05/2026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