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PREVENCION Y SEGURIDAD DEL SUR, S.L.</w:t>
      </w:r>
    </w:p>
    <w:p>
      <w:r>
        <w:t>NIF B23613789.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