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POLICLINICA ALHAURIN SL</w:t>
      </w:r>
    </w:p>
    <w:p>
      <w:r>
        <w:t>NIF B92133776. Contratos públicos adjudicados en los tres últimos años (servicios), del 05/11/2023 al 05/11/2026,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Contratación del servicio de asistencia sanitaria ambulatoria -tratamiento inicial y sucesivo hasta remisión a los servicios médicos propios de la Mutua- en las Comunidades Autónomas de Asturias, Aragón, Galicia y Andalucía para FREMAP, Mutua Colaboradora con la Seguridad Social nº 61 (lote 5) · exp. LICT/99/139/2025/0210</w:t>
            </w:r>
          </w:p>
        </w:tc>
        <w:tc>
          <w:tcPr>
            <w:tcW w:type="dxa" w:w="1440"/>
          </w:tcPr>
          <w:p>
            <w:r>
              <w:t>Director Gerente de FREMAP · NIF G28207017</w:t>
            </w:r>
          </w:p>
        </w:tc>
        <w:tc>
          <w:tcPr>
            <w:tcW w:type="dxa" w:w="1440"/>
          </w:tcPr>
          <w:p>
            <w:r>
              <w:t>7.003,80 €</w:t>
            </w:r>
          </w:p>
        </w:tc>
        <w:tc>
          <w:tcPr>
            <w:tcW w:type="dxa" w:w="1440"/>
          </w:tcPr>
          <w:p>
            <w:r>
              <w:t>04/11/2026</w:t>
            </w:r>
          </w:p>
        </w:tc>
        <w:tc>
          <w:tcPr>
            <w:tcW w:type="dxa" w:w="1440"/>
          </w:tcPr>
          <w:p>
            <w:r>
              <w:t>04/12/2026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de asistencia sanitaria de carácter ambulatorio de Primera Asistencia con Radiología Convencional y/o Fisioterapia para la población protegida en MAZ M.C.S.S. Nº 11 en el ámbito territorial de Alhaurín de la Torre y alrededores (lote 1) · exp. 2024/ASA/ASC/0789</w:t>
            </w:r>
          </w:p>
        </w:tc>
        <w:tc>
          <w:tcPr>
            <w:tcW w:type="dxa" w:w="1440"/>
          </w:tcPr>
          <w:p>
            <w:r>
              <w:t>Dirección Área Jurídica y Prestación de MAZ, Mutua Colaboradora con la Seguridad Social, Nº 11 · NIF G50005321</w:t>
            </w:r>
          </w:p>
        </w:tc>
        <w:tc>
          <w:tcPr>
            <w:tcW w:type="dxa" w:w="1440"/>
          </w:tcPr>
          <w:p>
            <w:r>
              <w:t>2.940,00 €</w:t>
            </w:r>
          </w:p>
        </w:tc>
        <w:tc>
          <w:tcPr>
            <w:tcW w:type="dxa" w:w="1440"/>
          </w:tcPr>
          <w:p>
            <w:r>
              <w:t>14/02/2025</w:t>
            </w:r>
          </w:p>
        </w:tc>
        <w:tc>
          <w:tcPr>
            <w:tcW w:type="dxa" w:w="1440"/>
          </w:tcPr>
          <w:p>
            <w:r>
              <w:t>14/03/2025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de asistencia sanitaria de carácter ambulatorio de Primera Asistencia con Radiología Convencional y/o Fisioterapia para la población protegida en MAZ M.C.S.S. Nº 11 en el ámbito territorial de Alhaurín de la Torre y alrededores (lote 2) · exp. 2024/ASA/ASC/0789</w:t>
            </w:r>
          </w:p>
        </w:tc>
        <w:tc>
          <w:tcPr>
            <w:tcW w:type="dxa" w:w="1440"/>
          </w:tcPr>
          <w:p>
            <w:r>
              <w:t>Dirección Área Jurídica y Prestación de MAZ, Mutua Colaboradora con la Seguridad Social, Nº 11 · NIF G50005321</w:t>
            </w:r>
          </w:p>
        </w:tc>
        <w:tc>
          <w:tcPr>
            <w:tcW w:type="dxa" w:w="1440"/>
          </w:tcPr>
          <w:p>
            <w:r>
              <w:t>10.125,00 €</w:t>
            </w:r>
          </w:p>
        </w:tc>
        <w:tc>
          <w:tcPr>
            <w:tcW w:type="dxa" w:w="1440"/>
          </w:tcPr>
          <w:p>
            <w:r>
              <w:t>14/02/2025</w:t>
            </w:r>
          </w:p>
        </w:tc>
        <w:tc>
          <w:tcPr>
            <w:tcW w:type="dxa" w:w="1440"/>
          </w:tcPr>
          <w:p>
            <w:r>
              <w:t>14/03/2025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Contrato de servicios de asistencia ambulatoria y fisioterapia en centro ambulatorio a la población protegida de umivale Activa, Mutua Colaboradora con la Seguridad Social nº 3 y a los trabajadores autónomos adheridos en la localidad de Alhaurín de la Torre (Málaga) · exp. SER-23-0454-OSA</w:t>
            </w:r>
          </w:p>
        </w:tc>
        <w:tc>
          <w:tcPr>
            <w:tcW w:type="dxa" w:w="1440"/>
          </w:tcPr>
          <w:p>
            <w:r>
              <w:t>Gerencia umivale Activa, Mutua Colaboradora con la Seguridad Social número 3 · NIF G96236443</w:t>
            </w:r>
          </w:p>
        </w:tc>
        <w:tc>
          <w:tcPr>
            <w:tcW w:type="dxa" w:w="1440"/>
          </w:tcPr>
          <w:p>
            <w:r>
              <w:t>51.027,75 €</w:t>
            </w:r>
          </w:p>
        </w:tc>
        <w:tc>
          <w:tcPr>
            <w:tcW w:type="dxa" w:w="1440"/>
          </w:tcPr>
          <w:p>
            <w:r>
              <w:t>23/11/2023</w:t>
            </w:r>
          </w:p>
        </w:tc>
        <w:tc>
          <w:tcPr>
            <w:tcW w:type="dxa" w:w="1440"/>
          </w:tcPr>
          <w:p>
            <w:r>
              <w:t>01/12/2023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Contratación del servicio de asistencia sanitaria ambulatoria -tratamiento inicial y sucesivo con servicio de Fisioterapia hasta remisión a los servicios médicos propios de la Mutua- en el ámbito territorial de las Comunidades Autónomas de Cataluña, Extremadura, País Vasco, Aragón, Galicia, Andalucí (lote 16) · exp. LICT/99/139/2022/0055</w:t>
            </w:r>
          </w:p>
        </w:tc>
        <w:tc>
          <w:tcPr>
            <w:tcW w:type="dxa" w:w="1440"/>
          </w:tcPr>
          <w:p>
            <w:r>
              <w:t>Director Gerente de FREMAP · NIF G28207017</w:t>
            </w:r>
          </w:p>
        </w:tc>
        <w:tc>
          <w:tcPr>
            <w:tcW w:type="dxa" w:w="1440"/>
          </w:tcPr>
          <w:p>
            <w:r>
              <w:t>8.800,00 €</w:t>
            </w:r>
          </w:p>
        </w:tc>
        <w:tc>
          <w:tcPr>
            <w:tcW w:type="dxa" w:w="1440"/>
          </w:tcPr>
          <w:p>
            <w:r>
              <w:t>30/09/2022</w:t>
            </w:r>
          </w:p>
        </w:tc>
        <w:tc>
          <w:tcPr>
            <w:tcW w:type="dxa" w:w="1440"/>
          </w:tcPr>
          <w:p>
            <w:r>
              <w:t>01/01/2023 – 01/01/2025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79.896,55 € sin IVA, en 5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Director Gerente de FREMAP (NIF G28207017)</w:t>
      </w:r>
    </w:p>
    <w:p>
      <w:r>
        <w:t xml:space="preserve">POLICLINICA ALHAURIN SL, con NIF B92133776, adjudicataria del contrato «Contratación del servicio de asistencia sanitaria ambulatoria -tratamiento inicial y sucesivo hasta remisión a los servicios médicos propios de la Mutua- en las Comunidades Autónomas de Asturias, Aragón, Galicia y Andalucía para FREMAP, Mutua Colaboradora con la Seguridad Social nº 61», lote 5, expediente LICT/99/139/2025/0210, adjudicado el 04/11/2026 por 7.003,80 €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04/12/2026 a 04/12/2029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Área Jurídica y Prestación de MAZ, Mutua Colaboradora con la Seguridad Social, Nº 11 (NIF G50005321)</w:t>
      </w:r>
    </w:p>
    <w:p>
      <w:r>
        <w:t xml:space="preserve">POLICLINICA ALHAURIN SL, con NIF B92133776, adjudicataria del contrato «Servicio de asistencia sanitaria de carácter ambulatorio de Primera Asistencia con Radiología Convencional y/o Fisioterapia para la población protegida en MAZ M.C.S.S. Nº 11 en el ámbito territorial de Alhaurín de la Torre y alrededores», lote 1, expediente 2024/ASA/ASC/0789, adjudicado el 14/02/2025 por 2.940,00 €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14/03/2025 a 14/03/2028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Área Jurídica y Prestación de MAZ, Mutua Colaboradora con la Seguridad Social, Nº 11 (NIF G50005321)</w:t>
      </w:r>
    </w:p>
    <w:p>
      <w:r>
        <w:t xml:space="preserve">POLICLINICA ALHAURIN SL, con NIF B92133776, adjudicataria del contrato «Servicio de asistencia sanitaria de carácter ambulatorio de Primera Asistencia con Radiología Convencional y/o Fisioterapia para la población protegida en MAZ M.C.S.S. Nº 11 en el ámbito territorial de Alhaurín de la Torre y alrededores», lote 2, expediente 2024/ASA/ASC/0789, adjudicado el 14/02/2025 por 10.125,00 €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14/03/2025 a 14/03/2028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Gerencia umivale Activa, Mutua Colaboradora con la Seguridad Social número 3 (NIF G96236443)</w:t>
      </w:r>
    </w:p>
    <w:p>
      <w:r>
        <w:t xml:space="preserve">POLICLINICA ALHAURIN SL, con NIF B92133776, adjudicataria del contrato «Contrato de servicios de asistencia ambulatoria y fisioterapia en centro ambulatorio a la población protegida de umivale Activa, Mutua Colaboradora con la Seguridad Social nº 3 y a los trabajadores autónomos adheridos en la localidad de Alhaurín de la Torre (Málaga)», expediente SER-23-0454-OSA, adjudicado el 23/11/2023 por 51.027,75 €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01/12/2023 a 01/12/2026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Director Gerente de FREMAP (NIF G28207017)</w:t>
      </w:r>
    </w:p>
    <w:p>
      <w:r>
        <w:t xml:space="preserve">POLICLINICA ALHAURIN SL, con NIF B92133776, adjudicataria del contrato «Contratación del servicio de asistencia sanitaria ambulatoria -tratamiento inicial y sucesivo con servicio de Fisioterapia hasta remisión a los servicios médicos propios de la Mutua- en el ámbito territorial de las Comunidades Autónomas de Cataluña, Extremadura, País Vasco, Aragón, Galicia, Andalucí», lote 16, expediente LICT/99/139/2022/0055, adjudicado el 30/09/2022 por 8.800,00 €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01/01/2023 a 01/01/2025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