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PINTURAS PAULINO GONZÁLEZ,S.L</w:t>
      </w:r>
    </w:p>
    <w:p>
      <w:r>
        <w:t>NIF B27291061.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