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PINTURAS NIETO SA</w:t>
      </w:r>
    </w:p>
    <w:p>
      <w:r>
        <w:t>NIF A02105641.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