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ATEL ATENC. TEMP. Y PSICOL. INF. SL</w:t>
      </w:r>
    </w:p>
    <w:p>
      <w:r>
        <w:t>NIF B19626449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