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PIANDGI CENTRO ESPECIAL DE EMPLEO SL</w:t>
      </w:r>
    </w:p>
    <w:p>
      <w:r>
        <w:t>NIF B44770097.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