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PIANDGI CENTRO ESPECIAL DE EMPLEO SL</w:t>
      </w:r>
    </w:p>
    <w:p>
      <w:r>
        <w:t>NIF B44770097.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gestión y atención de</w:t>
              <w:br/>
              <w:br/>
              <w:t>aparcamientos del parking Pueblosol · exp. SA4/2025</w:t>
            </w:r>
          </w:p>
        </w:tc>
        <w:tc>
          <w:tcPr>
            <w:tcW w:type="dxa" w:w="1440"/>
          </w:tcPr>
          <w:p>
            <w:r>
              <w:t>Consejo de Administración de PROVISE BENAMIEL, S.L. · NIF B29800042</w:t>
            </w:r>
          </w:p>
        </w:tc>
        <w:tc>
          <w:tcPr>
            <w:tcW w:type="dxa" w:w="1440"/>
          </w:tcPr>
          <w:p>
            <w:r>
              <w:t>27.910,00 €</w:t>
            </w:r>
          </w:p>
        </w:tc>
        <w:tc>
          <w:tcPr>
            <w:tcW w:type="dxa" w:w="1440"/>
          </w:tcPr>
          <w:p>
            <w:r>
              <w:t>25/06/2025</w:t>
            </w:r>
          </w:p>
        </w:tc>
        <w:tc>
          <w:tcPr>
            <w:tcW w:type="dxa" w:w="1440"/>
          </w:tcPr>
          <w:p>
            <w:r>
              <w:t>01/07/2025 – 01/07/2026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Limpieza de Edificios Publicos y Dependencias Municipales · exp. SA8/2024</w:t>
            </w:r>
          </w:p>
        </w:tc>
        <w:tc>
          <w:tcPr>
            <w:tcW w:type="dxa" w:w="1440"/>
          </w:tcPr>
          <w:p>
            <w:r>
              <w:t>Consejo de Administración de PROVISE BENAMIEL, S.L. · NIF B29800042</w:t>
            </w:r>
          </w:p>
        </w:tc>
        <w:tc>
          <w:tcPr>
            <w:tcW w:type="dxa" w:w="1440"/>
          </w:tcPr>
          <w:p>
            <w:r>
              <w:t>46.051,26 €</w:t>
            </w:r>
          </w:p>
        </w:tc>
        <w:tc>
          <w:tcPr>
            <w:tcW w:type="dxa" w:w="1440"/>
          </w:tcPr>
          <w:p>
            <w:r>
              <w:t>14/08/2024</w:t>
            </w:r>
          </w:p>
        </w:tc>
        <w:tc>
          <w:tcPr>
            <w:tcW w:type="dxa" w:w="1440"/>
          </w:tcPr>
          <w:p>
            <w:r>
              <w:t>14/09/2024 – 14/09/2026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73.961,26 €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PROVISE BENAMIEL, S.L. (NIF B29800042)</w:t>
      </w:r>
    </w:p>
    <w:p>
      <w:r>
        <w:t>PIANDGI CENTRO ESPECIAL DE EMPLEO SL, con NIF B44770097, adjudicataria del contrato «Servicio de gestión y atención de</w:t>
        <w:br/>
        <w:br/>
        <w:t xml:space="preserve">aparcamientos del parking Pueblosol», expediente SA4/2025, adjudicado el 25/06/2025 por 27.910,00 €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01/07/2025 a 01/07/2026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PROVISE BENAMIEL, S.L. (NIF B29800042)</w:t>
      </w:r>
    </w:p>
    <w:p>
      <w:r>
        <w:t xml:space="preserve">PIANDGI CENTRO ESPECIAL DE EMPLEO SL, con NIF B44770097, adjudicataria del contrato «Servicio de Limpieza de Edificios Publicos y Dependencias Municipales», expediente SA8/2024, adjudicado el 14/08/2024 por 46.051,26 €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14/09/2024 a 14/09/2026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