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PFEIFER CABLES EQUIPOS ELEVA S.L.</w:t>
      </w:r>
    </w:p>
    <w:p>
      <w:r>
        <w:t>NIF B83102152.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util para la elevacion de ruedas en la bmi vilanova · exp. 2026-02857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13.524,00 €</w:t>
            </w:r>
          </w:p>
        </w:tc>
        <w:tc>
          <w:tcPr>
            <w:tcW w:type="dxa" w:w="1440"/>
          </w:tcPr>
          <w:p>
            <w:r>
              <w:t>10/07/2026</w:t>
            </w:r>
          </w:p>
        </w:tc>
        <w:tc>
          <w:tcPr>
            <w:tcW w:type="dxa" w:w="1440"/>
          </w:tcPr>
          <w:p>
            <w:r>
              <w:t>10/08/2026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13.524,00 €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PFEIFER CABLES EQUIPOS ELEVA S.L., con NIF B83102152, adjudicataria del contrato «Suministro de util para la elevacion de ruedas en la bmi vilanova», expediente 2026-02857, adjudicado el 10/07/2026 por 13.524,00 €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10/08/2026 a 10/02/2027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