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PERIFERIA ARQUITECTURA, DISEÑO Y CONSTRUCCION SOCIEDAD LIMITADA</w:t>
      </w:r>
    </w:p>
    <w:p>
      <w:r>
        <w:t>NIF B19632744.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equipos de ejercicios físicos para centros de mayores · exp. CONTR 2025 0000269182</w:t>
            </w:r>
          </w:p>
        </w:tc>
        <w:tc>
          <w:tcPr>
            <w:tcW w:type="dxa" w:w="1440"/>
          </w:tcPr>
          <w:p>
            <w:r>
              <w:t>Consejería de Inclusión Social, Juventud, Familias e Igualdad. Secretaría General Técnica</w:t>
            </w:r>
          </w:p>
        </w:tc>
        <w:tc>
          <w:tcPr>
            <w:tcW w:type="dxa" w:w="1440"/>
          </w:tcPr>
          <w:p>
            <w:r>
              <w:t>75.741,00 €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03/11/2025 – 03/05/2026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 instalación equipamiento y mobiliario 13 centros  de mayores (lote 1) · exp. CONTR 2024 0001052316</w:t>
            </w:r>
          </w:p>
        </w:tc>
        <w:tc>
          <w:tcPr>
            <w:tcW w:type="dxa" w:w="1440"/>
          </w:tcPr>
          <w:p>
            <w:r>
              <w:t>Consejería de Inclusión Social, Juventud, Familias e Igualdad. Secretaría General Técnica</w:t>
            </w:r>
          </w:p>
        </w:tc>
        <w:tc>
          <w:tcPr>
            <w:tcW w:type="dxa" w:w="1440"/>
          </w:tcPr>
          <w:p>
            <w:r>
              <w:t>384.210,32 €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28/04/2025 – 28/08/2025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 instalación equipamiento y mobiliario 13 centros  de mayores (lote 2) · exp. CONTR 2024 0001052316</w:t>
            </w:r>
          </w:p>
        </w:tc>
        <w:tc>
          <w:tcPr>
            <w:tcW w:type="dxa" w:w="1440"/>
          </w:tcPr>
          <w:p>
            <w:r>
              <w:t>Consejería de Inclusión Social, Juventud, Familias e Igualdad. Secretaría General Técnica</w:t>
            </w:r>
          </w:p>
        </w:tc>
        <w:tc>
          <w:tcPr>
            <w:tcW w:type="dxa" w:w="1440"/>
          </w:tcPr>
          <w:p>
            <w:r>
              <w:t>224.138,90 €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28/04/2025 – 28/08/2025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 instalación equipamiento y mobiliario 13 centros  de mayores (lote 3) · exp. CONTR 2024 0001052316</w:t>
            </w:r>
          </w:p>
        </w:tc>
        <w:tc>
          <w:tcPr>
            <w:tcW w:type="dxa" w:w="1440"/>
          </w:tcPr>
          <w:p>
            <w:r>
              <w:t>Consejería de Inclusión Social, Juventud, Familias e Igualdad. Secretaría General Técnica</w:t>
            </w:r>
          </w:p>
        </w:tc>
        <w:tc>
          <w:tcPr>
            <w:tcW w:type="dxa" w:w="1440"/>
          </w:tcPr>
          <w:p>
            <w:r>
              <w:t>630.173,03 €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28/04/2025 – 28/08/2025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1.314.263,25 €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Inclusión Social, Juventud, Familias e Igualdad. Secretaría General Técnica</w:t>
      </w:r>
    </w:p>
    <w:p>
      <w:r>
        <w:t xml:space="preserve">PERIFERIA ARQUITECTURA, DISEÑO Y CONSTRUCCION SOCIEDAD LIMITADA, con NIF B19632744, adjudicataria del contrato «equipos de ejercicios físicos para centros de mayores», expediente CONTR 2025 0000269182, adjudicado el …… por 75.741,00 €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03/11/2025 a 03/05/2026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Inclusión Social, Juventud, Familias e Igualdad. Secretaría General Técnica</w:t>
      </w:r>
    </w:p>
    <w:p>
      <w:r>
        <w:t xml:space="preserve">PERIFERIA ARQUITECTURA, DISEÑO Y CONSTRUCCION SOCIEDAD LIMITADA, con NIF B19632744, adjudicataria del contrato «suministro e instalación equipamiento y mobiliario 13 centros  de mayores», lote 1, expediente CONTR 2024 0001052316, adjudicado el …… por 384.210,32 €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28/04/2025 a 28/08/2025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Inclusión Social, Juventud, Familias e Igualdad. Secretaría General Técnica</w:t>
      </w:r>
    </w:p>
    <w:p>
      <w:r>
        <w:t xml:space="preserve">PERIFERIA ARQUITECTURA, DISEÑO Y CONSTRUCCION SOCIEDAD LIMITADA, con NIF B19632744, adjudicataria del contrato «suministro e instalación equipamiento y mobiliario 13 centros  de mayores», lote 2, expediente CONTR 2024 0001052316, adjudicado el …… por 224.138,90 €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28/04/2025 a 28/08/2025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Inclusión Social, Juventud, Familias e Igualdad. Secretaría General Técnica</w:t>
      </w:r>
    </w:p>
    <w:p>
      <w:r>
        <w:t xml:space="preserve">PERIFERIA ARQUITECTURA, DISEÑO Y CONSTRUCCION SOCIEDAD LIMITADA, con NIF B19632744, adjudicataria del contrato «suministro e instalación equipamiento y mobiliario 13 centros  de mayores», lote 3, expediente CONTR 2024 0001052316, adjudicado el …… por 630.173,03 €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28/04/2025 a 28/08/2025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