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PeopleCert International LTD</w:t>
      </w:r>
    </w:p>
    <w:p>
      <w:r>
        <w:t>NIF N6001805H.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