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PEÑALVER SPACE SOLUTIONS, S.L.</w:t>
      </w:r>
    </w:p>
    <w:p>
      <w:r>
        <w:t>NIF B23334964.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