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PATRIA HISPANA S.A. DE SEGUROS Y REASEGUROS</w:t>
      </w:r>
    </w:p>
    <w:p>
      <w:r>
        <w:t>NIF A28007649.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del contrato consiste en la contratación de los suministros y los servicios necesarios para ejecutar las acciones formativas programadas por Convega al amparo de la Resolución de 24 de marzo de 2025 de la Dirección General de Labora Servicio Valenciano de Empleo y Formación y en aplicación de la Orden EFP/942/2022.</w:t>
              <w:br/>
              <w:br/>
              <w:t>Ver más información en PPT y PCAP. (lote 1) · exp. 276/2025</w:t>
            </w:r>
          </w:p>
        </w:tc>
        <w:tc>
          <w:tcPr>
            <w:tcW w:type="dxa" w:w="1440"/>
          </w:tcPr>
          <w:p>
            <w:r>
              <w:t>Consorcio para el Desarrollo de la Vega Baja · NIF P5300007A</w:t>
            </w:r>
          </w:p>
        </w:tc>
        <w:tc>
          <w:tcPr>
            <w:tcW w:type="dxa" w:w="1440"/>
          </w:tcPr>
          <w:p>
            <w:r>
              <w:t>752,40 €</w:t>
            </w:r>
          </w:p>
        </w:tc>
        <w:tc>
          <w:tcPr>
            <w:tcW w:type="dxa" w:w="1440"/>
          </w:tcPr>
          <w:p>
            <w:r>
              <w:t>21/01/2026</w:t>
            </w:r>
          </w:p>
        </w:tc>
        <w:tc>
          <w:tcPr>
            <w:tcW w:type="dxa" w:w="1440"/>
          </w:tcPr>
          <w:p>
            <w:r>
              <w:t>22/01/2026 – 24/04/2026</w:t>
            </w:r>
          </w:p>
        </w:tc>
        <w:tc>
          <w:tcPr>
            <w:tcW w:type="dxa" w:w="1440"/>
          </w:tcPr>
          <w:p>
            <w:r>
              <w:rPr>
                <w:highlight w:val="yellow"/>
              </w:rPr>
              <w:t>rellenar</w:t>
            </w:r>
          </w:p>
        </w:tc>
      </w:tr>
      <w:tr>
        <w:tc>
          <w:tcPr>
            <w:tcW w:type="dxa" w:w="1440"/>
          </w:tcPr>
          <w:p>
            <w:r>
              <w:t>Suministros y los servicios necesarios para ejecutar las acciones formativas de la Red de Centros de Capacitación Digital de Convega. (lote 3) · exp. 54/2025</w:t>
            </w:r>
          </w:p>
        </w:tc>
        <w:tc>
          <w:tcPr>
            <w:tcW w:type="dxa" w:w="1440"/>
          </w:tcPr>
          <w:p>
            <w:r>
              <w:t>Consorcio para el Desarrollo de la Vega Baja · NIF P5300007A</w:t>
            </w:r>
          </w:p>
        </w:tc>
        <w:tc>
          <w:tcPr>
            <w:tcW w:type="dxa" w:w="1440"/>
          </w:tcPr>
          <w:p>
            <w:r>
              <w:t>898,93 €</w:t>
            </w:r>
          </w:p>
        </w:tc>
        <w:tc>
          <w:tcPr>
            <w:tcW w:type="dxa" w:w="1440"/>
          </w:tcPr>
          <w:p>
            <w:r>
              <w:t>28/03/2025</w:t>
            </w:r>
          </w:p>
        </w:tc>
        <w:tc>
          <w:tcPr>
            <w:tcW w:type="dxa" w:w="1440"/>
          </w:tcPr>
          <w:p>
            <w:r>
              <w:t>28/03/2025 – 28/06/2025</w:t>
            </w:r>
          </w:p>
        </w:tc>
        <w:tc>
          <w:tcPr>
            <w:tcW w:type="dxa" w:w="1440"/>
          </w:tcPr>
          <w:p>
            <w:r>
              <w:rPr>
                <w:highlight w:val="yellow"/>
              </w:rPr>
              <w:t>rellenar</w:t>
            </w:r>
          </w:p>
        </w:tc>
      </w:tr>
      <w:tr>
        <w:tc>
          <w:tcPr>
            <w:tcW w:type="dxa" w:w="1440"/>
          </w:tcPr>
          <w:p>
            <w:r>
              <w:t>Contratación de los suministros y de los servicios necesarios para ejecutar el programa de formación en capacidades digitales para personas desempleadas para impulsar el emprendimiento y el desarrollo rural y reducir la brecha de género con número de expediente FDIGIT/2023/74/03 de la Dirección General de Empleo y Formación de LABORA, al amparo de la RESOLUCIÓN de 18 de julio de 2023. (lote 3) · exp. 19/2025</w:t>
            </w:r>
          </w:p>
        </w:tc>
        <w:tc>
          <w:tcPr>
            <w:tcW w:type="dxa" w:w="1440"/>
          </w:tcPr>
          <w:p>
            <w:r>
              <w:t>Consorcio para el Desarrollo de la Vega Baja · NIF P5300007A</w:t>
            </w:r>
          </w:p>
        </w:tc>
        <w:tc>
          <w:tcPr>
            <w:tcW w:type="dxa" w:w="1440"/>
          </w:tcPr>
          <w:p>
            <w:r>
              <w:t>908,06 €</w:t>
            </w:r>
          </w:p>
        </w:tc>
        <w:tc>
          <w:tcPr>
            <w:tcW w:type="dxa" w:w="1440"/>
          </w:tcPr>
          <w:p>
            <w:r>
              <w:t>21/02/2025</w:t>
            </w:r>
          </w:p>
        </w:tc>
        <w:tc>
          <w:tcPr>
            <w:tcW w:type="dxa" w:w="1440"/>
          </w:tcPr>
          <w:p>
            <w:r>
              <w:t>21/02/2025 – 09/06/2025</w:t>
            </w:r>
          </w:p>
        </w:tc>
        <w:tc>
          <w:tcPr>
            <w:tcW w:type="dxa" w:w="1440"/>
          </w:tcPr>
          <w:p>
            <w:r>
              <w:rPr>
                <w:highlight w:val="yellow"/>
              </w:rPr>
              <w:t>rellenar</w:t>
            </w:r>
          </w:p>
        </w:tc>
      </w:tr>
    </w:tbl>
    <w:p/>
    <w:p>
      <w:r>
        <w:rPr>
          <w:b/>
        </w:rPr>
        <w:t>Importe adjudicado en el periodo: 2.559,39 €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Consorcio para el Desarrollo de la Vega Baja (NIF P5300007A)</w:t>
      </w:r>
    </w:p>
    <w:p>
      <w:r>
        <w:t>PATRIA HISPANA S.A. DE SEGUROS Y REASEGUROS, con NIF A28007649, adjudicataria del contrato «El objeto del contrato consiste en la contratación de los suministros y los servicios necesarios para ejecutar las acciones formativas programadas por Convega al amparo de la Resolución de 24 de marzo de 2025 de la Dirección General de Labora Servicio Valenciano de Empleo y Formación y en aplicación de la Orden EFP/942/2022.</w:t>
        <w:br/>
        <w:br/>
        <w:t xml:space="preserve">Ver más información en PPT y PCAP.», lote 1, expediente 276/2025, adjudicado el 21/01/2026 por 752,40 €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22/01/2026 a 24/04/2026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Consorcio para el Desarrollo de la Vega Baja (NIF P5300007A)</w:t>
      </w:r>
    </w:p>
    <w:p>
      <w:r>
        <w:t xml:space="preserve">PATRIA HISPANA S.A. DE SEGUROS Y REASEGUROS, con NIF A28007649, adjudicataria del contrato «Suministros y los servicios necesarios para ejecutar las acciones formativas de la Red de Centros de Capacitación Digital de Convega.», lote 3, expediente 54/2025, adjudicado el 28/03/2025 por 898,93 €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28/03/2025 a 28/06/2025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Consorcio para el Desarrollo de la Vega Baja (NIF P5300007A)</w:t>
      </w:r>
    </w:p>
    <w:p>
      <w:r>
        <w:t xml:space="preserve">PATRIA HISPANA S.A. DE SEGUROS Y REASEGUROS, con NIF A28007649, adjudicataria del contrato «Contratación de los suministros y de los servicios necesarios para ejecutar el programa de formación en capacidades digitales para personas desempleadas para impulsar el emprendimiento y el desarrollo rural y reducir la brecha de género con número de expediente FDIGIT/2023/74/03 de la Dirección General de Empleo y Formación de LABORA, al amparo de la RESOLUCIÓN de 18 de julio de 2023.», lote 3, expediente 19/2025, adjudicado el 21/02/2025 por 908,06 €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21/02/2025 a 09/06/2025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