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ADERIAS, PASTELERIA JOSEPAN SL</w:t>
      </w:r>
    </w:p>
    <w:p>
      <w:r>
        <w:t>NIF B069514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