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PANADERIAS, PASTELERIA JOSEPAN SL</w:t>
      </w:r>
    </w:p>
    <w:p>
      <w:r>
        <w:t>NIF B06951479.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Basado 2025 Lote 1: Pan y Bollería del día del Acuerdo Marco de Suministro de productos alimenticios con destino a los usuarios del CM La Dehesa - Excmo. Cabildo Insular de La Palma - con adjudicación a una única empresa. (EXP. 30/2022/CNT) · exp. 2/2025/C-LICI</w:t>
            </w:r>
          </w:p>
        </w:tc>
        <w:tc>
          <w:tcPr>
            <w:tcW w:type="dxa" w:w="1440"/>
          </w:tcPr>
          <w:p>
            <w:r>
              <w:t>Miembros Corporativos con Delegaciones Especiales del Cabildo Insular de la Palma · NIF P3800002B</w:t>
            </w:r>
          </w:p>
        </w:tc>
        <w:tc>
          <w:tcPr>
            <w:tcW w:type="dxa" w:w="1440"/>
          </w:tcPr>
          <w:p>
            <w:r>
              <w:t>45.264,72 €</w:t>
            </w:r>
          </w:p>
        </w:tc>
        <w:tc>
          <w:tcPr>
            <w:tcW w:type="dxa" w:w="1440"/>
          </w:tcPr>
          <w:p>
            <w:r>
              <w:t>25/02/2025</w:t>
            </w:r>
          </w:p>
        </w:tc>
        <w:tc>
          <w:tcPr>
            <w:tcW w:type="dxa" w:w="1440"/>
          </w:tcPr>
          <w:p>
            <w:r>
              <w:t>25/02/2025 – 28/02/2026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basado en el lote nº 1 (pan y bollería del día) del acuerdo marco de suministro de productos alimenticios con destino a los usuarios del C.M. La Dehesa - Excmo. Cabildo Insular de La Palma, con la adjudicación a una única empresa (exp. 30/2022/cnt). · exp. SUM_BAS_10/2024/C-LICI</w:t>
            </w:r>
          </w:p>
        </w:tc>
        <w:tc>
          <w:tcPr>
            <w:tcW w:type="dxa" w:w="1440"/>
          </w:tcPr>
          <w:p>
            <w:r>
              <w:t>Consejería Delegada del Área de Acción Social, Igualdad, Diversidad y Salud del Cabildo Insular de la Palma · NIF P3800002B</w:t>
            </w:r>
          </w:p>
        </w:tc>
        <w:tc>
          <w:tcPr>
            <w:tcW w:type="dxa" w:w="1440"/>
          </w:tcPr>
          <w:p>
            <w:r>
              <w:t>45.264,72 €</w:t>
            </w:r>
          </w:p>
        </w:tc>
        <w:tc>
          <w:tcPr>
            <w:tcW w:type="dxa" w:w="1440"/>
          </w:tcPr>
          <w:p>
            <w:r>
              <w:t>29/02/2024</w:t>
            </w:r>
          </w:p>
        </w:tc>
        <w:tc>
          <w:tcPr>
            <w:tcW w:type="dxa" w:w="1440"/>
          </w:tcPr>
          <w:p>
            <w:r>
              <w:t>29/02/2024 – 28/02/2025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suministro de productos alimenticios con destino a los usuarios del centro de mayores la dehesa - excmo. cabildo insular de la palma- con la adjudicación a una única empresa (lote 1) · exp. 30/2022/cnt</w:t>
            </w:r>
          </w:p>
        </w:tc>
        <w:tc>
          <w:tcPr>
            <w:tcW w:type="dxa" w:w="1440"/>
          </w:tcPr>
          <w:p>
            <w:r>
              <w:t>Consejería Insular de Área de Acción Social, Igualdad, Diversidad y Juventud del Cabildo Insular de la Palma · NIF P3800002B</w:t>
            </w:r>
          </w:p>
        </w:tc>
        <w:tc>
          <w:tcPr>
            <w:tcW w:type="dxa" w:w="1440"/>
          </w:tcPr>
          <w:p>
            <w:r>
              <w:t>45.264,72 €</w:t>
            </w:r>
          </w:p>
        </w:tc>
        <w:tc>
          <w:tcPr>
            <w:tcW w:type="dxa" w:w="1440"/>
          </w:tcPr>
          <w:p>
            <w:r>
              <w:t>12/01/2023</w:t>
            </w:r>
          </w:p>
        </w:tc>
        <w:tc>
          <w:tcPr>
            <w:tcW w:type="dxa" w:w="1440"/>
          </w:tcPr>
          <w:p>
            <w:r>
              <w:t>12/02/2023 – 12/02/2024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135.794,16 €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Miembros Corporativos con Delegaciones Especiales del Cabildo Insular de la Palma (NIF P3800002B)</w:t>
      </w:r>
    </w:p>
    <w:p>
      <w:r>
        <w:t xml:space="preserve">PANADERIAS, PASTELERIA JOSEPAN SL, con NIF B06951479, adjudicataria del contrato «Contrato Basado 2025 Lote 1: Pan y Bollería del día del Acuerdo Marco de Suministro de productos alimenticios con destino a los usuarios del CM La Dehesa - Excmo. Cabildo Insular de La Palma - con adjudicación a una única empresa. (EXP. 30/2022/CNT)», expediente 2/2025/C-LICI, adjudicado el 25/02/2025 por 45.264,72 €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25/02/2025 a 28/02/2026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del Área de Acción Social, Igualdad, Diversidad y Salud del Cabildo Insular de la Palma (NIF P3800002B)</w:t>
      </w:r>
    </w:p>
    <w:p>
      <w:r>
        <w:t xml:space="preserve">PANADERIAS, PASTELERIA JOSEPAN SL, con NIF B06951479, adjudicataria del contrato «Contrato basado en el lote nº 1 (pan y bollería del día) del acuerdo marco de suministro de productos alimenticios con destino a los usuarios del C.M. La Dehesa - Excmo. Cabildo Insular de La Palma, con la adjudicación a una única empresa (exp. 30/2022/cnt).», expediente SUM_BAS_10/2024/C-LICI, adjudicado el 29/02/2024 por 45.264,72 €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29/02/2024 a 28/02/2025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Insular de Área de Acción Social, Igualdad, Diversidad y Juventud del Cabildo Insular de la Palma (NIF P3800002B)</w:t>
      </w:r>
    </w:p>
    <w:p>
      <w:r>
        <w:t xml:space="preserve">PANADERIAS, PASTELERIA JOSEPAN SL, con NIF B06951479, adjudicataria del contrato «acuerdo marco de suministro de productos alimenticios con destino a los usuarios del centro de mayores la dehesa - excmo. cabildo insular de la palma- con la adjudicación a una única empresa», lote 1, expediente 30/2022/cnt, adjudicado el 12/01/2023 por 45.264,72 €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12/02/2023 a 12/02/2024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