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PANADERIA BOLLERIA JESUS S.L.</w:t>
      </w:r>
    </w:p>
    <w:p>
      <w:r>
        <w:t>NIF B02256469. Contratos públicos adjudicados en los tres últimos años (servicios), del 31/10/2023 al 31/10/2026,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del Suministro de Panes Regionales Secos de la Zona Centro, con destino al Parador de Turismo de Gredos (Ávila). · exp. 2023-0398</w:t>
            </w:r>
          </w:p>
        </w:tc>
        <w:tc>
          <w:tcPr>
            <w:tcW w:type="dxa" w:w="1440"/>
          </w:tcPr>
          <w:p>
            <w:r>
              <w:t>Paradores de Turismo de España, S.M.E., S.A. · NIF A79855201</w:t>
            </w:r>
          </w:p>
        </w:tc>
        <w:tc>
          <w:tcPr>
            <w:tcW w:type="dxa" w:w="1440"/>
          </w:tcPr>
          <w:p>
            <w:r>
              <w:t>7.378,74 €</w:t>
            </w:r>
          </w:p>
        </w:tc>
        <w:tc>
          <w:tcPr>
            <w:tcW w:type="dxa" w:w="1440"/>
          </w:tcPr>
          <w:p>
            <w:r>
              <w:t>29/02/2024</w:t>
            </w:r>
          </w:p>
        </w:tc>
        <w:tc>
          <w:tcPr>
            <w:tcW w:type="dxa" w:w="1440"/>
          </w:tcPr>
          <w:p>
            <w:r>
              <w:t>29/03/2024 – 29/03/2025</w:t>
            </w:r>
          </w:p>
        </w:tc>
        <w:tc>
          <w:tcPr>
            <w:tcW w:type="dxa" w:w="1440"/>
          </w:tcPr>
          <w:p>
            <w:r>
              <w:rPr>
                <w:highlight w:val="yellow"/>
              </w:rPr>
              <w:t>rellenar</w:t>
            </w:r>
          </w:p>
        </w:tc>
      </w:tr>
      <w:tr>
        <w:tc>
          <w:tcPr>
            <w:tcW w:type="dxa" w:w="1440"/>
          </w:tcPr>
          <w:p>
            <w:r>
              <w:t>Suministro de panes regionales de la zona este con destino a los establecimientos de Paradores de Turismo de España, S.M.E., S.A. (lote 3) · exp. 2023-0250</w:t>
            </w:r>
          </w:p>
        </w:tc>
        <w:tc>
          <w:tcPr>
            <w:tcW w:type="dxa" w:w="1440"/>
          </w:tcPr>
          <w:p>
            <w:r>
              <w:t>Paradores de Turismo de España, S.M.E., S.A. · NIF A79855201</w:t>
            </w:r>
          </w:p>
        </w:tc>
        <w:tc>
          <w:tcPr>
            <w:tcW w:type="dxa" w:w="1440"/>
          </w:tcPr>
          <w:p>
            <w:r>
              <w:t>14.258,95 €</w:t>
            </w:r>
          </w:p>
        </w:tc>
        <w:tc>
          <w:tcPr>
            <w:tcW w:type="dxa" w:w="1440"/>
          </w:tcPr>
          <w:p>
            <w:r>
              <w:t>30/11/2023</w:t>
            </w:r>
          </w:p>
        </w:tc>
        <w:tc>
          <w:tcPr>
            <w:tcW w:type="dxa" w:w="1440"/>
          </w:tcPr>
          <w:p>
            <w:r>
              <w:t>30/12/2023 – 30/12/2024</w:t>
            </w:r>
          </w:p>
        </w:tc>
        <w:tc>
          <w:tcPr>
            <w:tcW w:type="dxa" w:w="1440"/>
          </w:tcPr>
          <w:p>
            <w:r>
              <w:rPr>
                <w:highlight w:val="yellow"/>
              </w:rPr>
              <w:t>rellenar</w:t>
            </w:r>
          </w:p>
        </w:tc>
      </w:tr>
    </w:tbl>
    <w:p/>
    <w:p>
      <w:r>
        <w:rPr>
          <w:b/>
        </w:rPr>
        <w:t>Importe adjudicado en el periodo: 21.637,69 € sin IVA, en 2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Paradores de Turismo de España, S.M.E., S.A. (NIF A79855201)</w:t>
      </w:r>
    </w:p>
    <w:p>
      <w:r>
        <w:t xml:space="preserve">PANADERIA BOLLERIA JESUS S.L., con NIF B02256469, adjudicataria del contrato «Contratación del Suministro de Panes Regionales Secos de la Zona Centro, con destino al Parador de Turismo de Gredos (Ávila).», expediente 2023-0398, adjudicado el 29/02/2024 por 7.378,74 €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29/03/2024 a 29/03/2025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Paradores de Turismo de España, S.M.E., S.A. (NIF A79855201)</w:t>
      </w:r>
    </w:p>
    <w:p>
      <w:r>
        <w:t xml:space="preserve">PANADERIA BOLLERIA JESUS S.L., con NIF B02256469, adjudicataria del contrato «Suministro de panes regionales de la zona este con destino a los establecimientos de Paradores de Turismo de España, S.M.E., S.A.», lote 3, expediente 2023-0250, adjudicado el 30/11/2023 por 14.258,95 €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30/12/2023 a 30/12/2024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