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OSTIZ SISTEMAS AUDIOVISUALES 2017, S.L.</w:t>
      </w:r>
    </w:p>
    <w:p>
      <w:r>
        <w:t>NIF B71344642.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Producción Eventos Plaza Consistorial Y Alrededores San Fermin 2025 Entre El Ayuntamiento De Pamplona Y Ostiz Sistemas Audiovisuales 2017 SL · exp. 3051_CONT_SERVICOS/2025/24</w:t>
            </w:r>
          </w:p>
        </w:tc>
        <w:tc>
          <w:tcPr>
            <w:tcW w:type="dxa" w:w="1440"/>
          </w:tcPr>
          <w:p>
            <w:r>
              <w:t>CONCEJALIA DELEGADA DE CULTURA, FIESTAS, EDUCACION Y DEPORTE</w:t>
            </w:r>
          </w:p>
        </w:tc>
        <w:tc>
          <w:tcPr>
            <w:tcW w:type="dxa" w:w="1440"/>
          </w:tcPr>
          <w:p>
            <w:r>
              <w:t>24.852,00 €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08/06/2025 – 16/07/2025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Producción eventos  Plaza de los Fueros, Plaza Compañía, Paseo Sarasate, Protocolo y otros y Plaza del Castillo San Fermín 2024 (lote 4) · exp. 3051_cont_servicios / 2024 / 9</w:t>
            </w:r>
          </w:p>
        </w:tc>
        <w:tc>
          <w:tcPr>
            <w:tcW w:type="dxa" w:w="1440"/>
          </w:tcPr>
          <w:p>
            <w:r>
              <w:t>Junta de Gobierno Local</w:t>
            </w:r>
          </w:p>
        </w:tc>
        <w:tc>
          <w:tcPr>
            <w:tcW w:type="dxa" w:w="1440"/>
          </w:tcPr>
          <w:p>
            <w:r>
              <w:t>23.876,00 €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26/06/2024 – 16/07/2024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48.728,00 €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CONCEJALIA DELEGADA DE CULTURA, FIESTAS, EDUCACION Y DEPORTE</w:t>
      </w:r>
    </w:p>
    <w:p>
      <w:r>
        <w:t xml:space="preserve">OSTIZ SISTEMAS AUDIOVISUALES 2017, S.L., con NIF B71344642, adjudicataria del contrato «Producción Eventos Plaza Consistorial Y Alrededores San Fermin 2025 Entre El Ayuntamiento De Pamplona Y Ostiz Sistemas Audiovisuales 2017 SL», expediente 3051_CONT_SERVICOS/2025/24, adjudicado el …… por 24.852,00 €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08/06/2025 a 16/07/2025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Gobierno Local</w:t>
      </w:r>
    </w:p>
    <w:p>
      <w:r>
        <w:t xml:space="preserve">OSTIZ SISTEMAS AUDIOVISUALES 2017, S.L., con NIF B71344642, adjudicataria del contrato «Producción eventos  Plaza de los Fueros, Plaza Compañía, Paseo Sarasate, Protocolo y otros y Plaza del Castillo San Fermín 2024», lote 4, expediente 3051_cont_servicios / 2024 / 9, adjudicado el …… por 23.876,00 €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26/06/2024 a 16/07/2024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