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OSTIZ SISTEMAS AUDIOVISUALES 2017, S.L.</w:t>
      </w:r>
    </w:p>
    <w:p>
      <w:r>
        <w:t>NIF B71344642.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Sistema Dinámico de Compras de equipamiento informático, equipos multifunción y sistemas audiovisuales (lote 3) · exp. 8085_SD20_0003</w:t>
            </w:r>
          </w:p>
        </w:tc>
        <w:tc>
          <w:tcPr>
            <w:tcW w:type="dxa" w:w="1440"/>
          </w:tcPr>
          <w:p>
            <w:r>
              <w:t>Corporación Pública Empresarial de Navarra, S.L.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07/01/2021 – 27/11/2024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ABS0003/2025 Contratación para la actualización del equipamiento audiovisual del salón de actos del Campus de Tudela en la Universidad Pública de Navarra · exp. 3188_ABS0003/2025</w:t>
            </w:r>
          </w:p>
        </w:tc>
        <w:tc>
          <w:tcPr>
            <w:tcW w:type="dxa" w:w="1440"/>
          </w:tcPr>
          <w:p>
            <w:r>
              <w:t>Vicerrector de Desarrollo Digital</w:t>
            </w:r>
          </w:p>
        </w:tc>
        <w:tc>
          <w:tcPr>
            <w:tcW w:type="dxa" w:w="1440"/>
          </w:tcPr>
          <w:p>
            <w:r>
              <w:t>17.740,21 €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29/10/2025 – 30/12/2025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ABR0026/2025 Adquisición e instalación del equipamiento de audio e imagen con destino a locales del nuevo edificio de Ciencias de la Salud en la Universidad Pública de Navarra · exp. 3188_ABR0026/2025</w:t>
            </w:r>
          </w:p>
        </w:tc>
        <w:tc>
          <w:tcPr>
            <w:tcW w:type="dxa" w:w="1440"/>
          </w:tcPr>
          <w:p>
            <w:r>
              <w:t>Rector</w:t>
            </w:r>
          </w:p>
        </w:tc>
        <w:tc>
          <w:tcPr>
            <w:tcW w:type="dxa" w:w="1440"/>
          </w:tcPr>
          <w:p>
            <w:r>
              <w:t>120.881,60 €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01/10/2025 – 15/12/2025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renovación de equipamiento de la casa de cultura de Peralta (lote 1) · exp. 3052_342/2025</w:t>
            </w:r>
          </w:p>
        </w:tc>
        <w:tc>
          <w:tcPr>
            <w:tcW w:type="dxa" w:w="1440"/>
          </w:tcPr>
          <w:p>
            <w:r>
              <w:t>Ayuntamiento de Peralta</w:t>
            </w:r>
          </w:p>
        </w:tc>
        <w:tc>
          <w:tcPr>
            <w:tcW w:type="dxa" w:w="1440"/>
          </w:tcPr>
          <w:p>
            <w:r>
              <w:t>21.528,00 €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21/08/2025 – 26/08/2025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renovación de equipamiento de la casa de cultura de Peralta (lote 2) · exp. 3052_342/2025</w:t>
            </w:r>
          </w:p>
        </w:tc>
        <w:tc>
          <w:tcPr>
            <w:tcW w:type="dxa" w:w="1440"/>
          </w:tcPr>
          <w:p>
            <w:r>
              <w:t>Ayuntamiento de Peralta</w:t>
            </w:r>
          </w:p>
        </w:tc>
        <w:tc>
          <w:tcPr>
            <w:tcW w:type="dxa" w:w="1440"/>
          </w:tcPr>
          <w:p>
            <w:r>
              <w:t>1.788,00 €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21/08/2025 – 26/08/2025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ABS0001/2025 Contratación para la dotación de proyección de imagen y sonido a once nuevas aulas del edificio El Sario en la Universidad Pública de Navarra · exp. 3188_ABS0001/2025</w:t>
            </w:r>
          </w:p>
        </w:tc>
        <w:tc>
          <w:tcPr>
            <w:tcW w:type="dxa" w:w="1440"/>
          </w:tcPr>
          <w:p>
            <w:r>
              <w:t>Vicerrectora de Desarrollo Digital</w:t>
            </w:r>
          </w:p>
        </w:tc>
        <w:tc>
          <w:tcPr>
            <w:tcW w:type="dxa" w:w="1440"/>
          </w:tcPr>
          <w:p>
            <w:r>
              <w:t>49.873,18 €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16/04/2025 – 30/06/2025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un videoproyector para Auditorio de Barañáin. · exp. 3014_3014_186996R</w:t>
            </w:r>
          </w:p>
        </w:tc>
        <w:tc>
          <w:tcPr>
            <w:tcW w:type="dxa" w:w="1440"/>
          </w:tcPr>
          <w:p>
            <w:r>
              <w:t>Junta de Gobierno Local</w:t>
            </w:r>
          </w:p>
        </w:tc>
        <w:tc>
          <w:tcPr>
            <w:tcW w:type="dxa" w:w="1440"/>
          </w:tcPr>
          <w:p>
            <w:r>
              <w:t>32.533,63 €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16/12/2024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ABS0001/2024 Adquisición e instalación de 6 proyectores y 8 monitores con destino a aulas de docencia de la UPNA · exp. 3188_ABS0001/2024</w:t>
            </w:r>
          </w:p>
        </w:tc>
        <w:tc>
          <w:tcPr>
            <w:tcW w:type="dxa" w:w="1440"/>
          </w:tcPr>
          <w:p>
            <w:r>
              <w:t>Vicerrectorado de Desarrollo Digital</w:t>
            </w:r>
          </w:p>
        </w:tc>
        <w:tc>
          <w:tcPr>
            <w:tcW w:type="dxa" w:w="1440"/>
          </w:tcPr>
          <w:p>
            <w:r>
              <w:t>32.052,00 €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05/07/2024 – 30/09/2024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276.396,62 € sin IVA, en 8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</w:t>
      </w:r>
    </w:p>
    <w:p>
      <w:r>
        <w:t xml:space="preserve">OSTIZ SISTEMAS AUDIOVISUALES 2017, S.L., con NIF B71344642, adjudicataria del contrato «Sistema Dinámico de Compras de equipamiento informático, equipos multifunción y sistemas audiovisuales», lote 3, expediente 8085_SD20_0003,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07/01/2021 a 27/11/2024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Vicerrector de Desarrollo Digital</w:t>
      </w:r>
    </w:p>
    <w:p>
      <w:r>
        <w:t xml:space="preserve">OSTIZ SISTEMAS AUDIOVISUALES 2017, S.L., con NIF B71344642, adjudicataria del contrato «ABS0003/2025 Contratación para la actualización del equipamiento audiovisual del salón de actos del Campus de Tudela en la Universidad Pública de Navarra», expediente 3188_ABS0003/2025, adjudicado el …… por 17.740,21 €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29/10/2025 a 30/12/2025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Rector</w:t>
      </w:r>
    </w:p>
    <w:p>
      <w:r>
        <w:t xml:space="preserve">OSTIZ SISTEMAS AUDIOVISUALES 2017, S.L., con NIF B71344642, adjudicataria del contrato «ABR0026/2025 Adquisición e instalación del equipamiento de audio e imagen con destino a locales del nuevo edificio de Ciencias de la Salud en la Universidad Pública de Navarra», expediente 3188_ABR0026/2025, adjudicado el …… por 120.881,60 €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01/10/2025 a 15/12/2025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Peralta</w:t>
      </w:r>
    </w:p>
    <w:p>
      <w:r>
        <w:t xml:space="preserve">OSTIZ SISTEMAS AUDIOVISUALES 2017, S.L., con NIF B71344642, adjudicataria del contrato «Contrato de renovación de equipamiento de la casa de cultura de Peralta», lote 1, expediente 3052_342/2025, adjudicado el …… por 21.528,00 €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21/08/2025 a 26/08/2025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Peralta</w:t>
      </w:r>
    </w:p>
    <w:p>
      <w:r>
        <w:t xml:space="preserve">OSTIZ SISTEMAS AUDIOVISUALES 2017, S.L., con NIF B71344642, adjudicataria del contrato «Contrato de renovación de equipamiento de la casa de cultura de Peralta», lote 2, expediente 3052_342/2025, adjudicado el …… por 1.788,00 €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21/08/2025 a 26/08/2025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Vicerrectora de Desarrollo Digital</w:t>
      </w:r>
    </w:p>
    <w:p>
      <w:r>
        <w:t xml:space="preserve">OSTIZ SISTEMAS AUDIOVISUALES 2017, S.L., con NIF B71344642, adjudicataria del contrato «ABS0001/2025 Contratación para la dotación de proyección de imagen y sonido a once nuevas aulas del edificio El Sario en la Universidad Pública de Navarra», expediente 3188_ABS0001/2025, adjudicado el …… por 49.873,18 €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16/04/2025 a 30/06/2025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Gobierno Local</w:t>
      </w:r>
    </w:p>
    <w:p>
      <w:r>
        <w:t xml:space="preserve">OSTIZ SISTEMAS AUDIOVISUALES 2017, S.L., con NIF B71344642, adjudicataria del contrato «Suministro de un videoproyector para Auditorio de Barañáin.», expediente 3014_3014_186996R, adjudicado el …… por 32.533,63 €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16/12/2024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Vicerrectorado de Desarrollo Digital</w:t>
      </w:r>
    </w:p>
    <w:p>
      <w:r>
        <w:t xml:space="preserve">OSTIZ SISTEMAS AUDIOVISUALES 2017, S.L., con NIF B71344642, adjudicataria del contrato «ABS0001/2024 Adquisición e instalación de 6 proyectores y 8 monitores con destino a aulas de docencia de la UPNA», expediente 3188_ABS0001/2024, adjudicado el …… por 32.052,00 €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05/07/2024 a 30/09/2024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