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OPEN KNOWLEDGE MANAGEMENT SYSTEM S.L.</w:t>
      </w:r>
    </w:p>
    <w:p>
      <w:r>
        <w:t>NIF B57865446.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