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ONNERA LAUNDY BARCELONA SA</w:t>
      </w:r>
    </w:p>
    <w:p>
      <w:r>
        <w:t>NIF A08255374.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