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ONNERA LAUNDY BARCELONA SA</w:t>
      </w:r>
    </w:p>
    <w:p>
      <w:r>
        <w:t>NIF A08255374.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Plegador trasversal con apilador · exp. 2023/EA22/00001888E</w:t>
            </w:r>
          </w:p>
        </w:tc>
        <w:tc>
          <w:tcPr>
            <w:tcW w:type="dxa" w:w="1440"/>
          </w:tcPr>
          <w:p>
            <w:r>
              <w:t>Jefatura de la Sección Económico Administrativa 22 - Base Aérea de Torrejón (Agrupación de Base) · NIF S2822022F</w:t>
            </w:r>
          </w:p>
        </w:tc>
        <w:tc>
          <w:tcPr>
            <w:tcW w:type="dxa" w:w="1440"/>
          </w:tcPr>
          <w:p>
            <w:r>
              <w:t>34.500,00 €</w:t>
            </w:r>
          </w:p>
        </w:tc>
        <w:tc>
          <w:tcPr>
            <w:tcW w:type="dxa" w:w="1440"/>
          </w:tcPr>
          <w:p>
            <w:r>
              <w:t>09/12/2023</w:t>
            </w:r>
          </w:p>
        </w:tc>
        <w:tc>
          <w:tcPr>
            <w:tcW w:type="dxa" w:w="1440"/>
          </w:tcPr>
          <w:p>
            <w:r>
              <w:t>12/12/2023 – 12/01/2024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Subministrament, instal·lació i posada en funcionament de rentadores i assecadores amb destinació a diversos edificis del Departament de Justícia, Drets i Memòria  de la Generalitat de Catalunya per a l'any 2024 (lote 5) · exp. JU-2024-199</w:t>
            </w:r>
          </w:p>
        </w:tc>
        <w:tc>
          <w:tcPr>
            <w:tcW w:type="dxa" w:w="1440"/>
          </w:tcPr>
          <w:p>
            <w:r>
              <w:t>Departament de Justícia i Qualitat Democràtica</w:t>
            </w:r>
          </w:p>
        </w:tc>
        <w:tc>
          <w:tcPr>
            <w:tcW w:type="dxa" w:w="1440"/>
          </w:tcPr>
          <w:p>
            <w:r>
              <w:t>3.115,35 €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23/12/2024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Subministrament, instal·lació i posada en funcionament de rentadores i assecadores amb destinació a diversos edificis del Departament de Justícia, Drets i Memòria  de la Generalitat de Catalunya per a l'any 2024 (lote 8) · exp. JU-2024-199</w:t>
            </w:r>
          </w:p>
        </w:tc>
        <w:tc>
          <w:tcPr>
            <w:tcW w:type="dxa" w:w="1440"/>
          </w:tcPr>
          <w:p>
            <w:r>
              <w:t>Departament de Justícia i Qualitat Democràtica</w:t>
            </w:r>
          </w:p>
        </w:tc>
        <w:tc>
          <w:tcPr>
            <w:tcW w:type="dxa" w:w="1440"/>
          </w:tcPr>
          <w:p>
            <w:r>
              <w:t>3.115,35 €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23/12/2024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L'objecte del contracte és el subministrament de rentadores i assecadores a diversos centres educatius i penitenciaris del Departament de Justícia, Drets i Memòria, durant l'any 2023. (lote 1) · exp. JU-2023-300</w:t>
            </w:r>
          </w:p>
        </w:tc>
        <w:tc>
          <w:tcPr>
            <w:tcW w:type="dxa" w:w="1440"/>
          </w:tcPr>
          <w:p>
            <w:r>
              <w:t>Departament de Justícia, Drets i Memòria</w:t>
            </w:r>
          </w:p>
        </w:tc>
        <w:tc>
          <w:tcPr>
            <w:tcW w:type="dxa" w:w="1440"/>
          </w:tcPr>
          <w:p>
            <w:r>
              <w:t>32.237,30 €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29/12/2023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L'objecte del contracte és el subministrament de rentadores i assecadores a diversos centres educatius i penitenciaris del Departament de Justícia, Drets i Memòria, durant l'any 2023. (lote 4) · exp. JU-2023-300</w:t>
            </w:r>
          </w:p>
        </w:tc>
        <w:tc>
          <w:tcPr>
            <w:tcW w:type="dxa" w:w="1440"/>
          </w:tcPr>
          <w:p>
            <w:r>
              <w:t>Departament de Justícia, Drets i Memòria</w:t>
            </w:r>
          </w:p>
        </w:tc>
        <w:tc>
          <w:tcPr>
            <w:tcW w:type="dxa" w:w="1440"/>
          </w:tcPr>
          <w:p>
            <w:r>
              <w:t>12.945,20 €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29/12/2023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L'objecte del contracte és el subministrament de rentadores i assecadores a diversos centres educatius i penitenciaris del Departament de Justícia, Drets i Memòria, durant l'any 2023. (lote 6) · exp. JU-2023-300</w:t>
            </w:r>
          </w:p>
        </w:tc>
        <w:tc>
          <w:tcPr>
            <w:tcW w:type="dxa" w:w="1440"/>
          </w:tcPr>
          <w:p>
            <w:r>
              <w:t>Departament de Justícia, Drets i Memòria</w:t>
            </w:r>
          </w:p>
        </w:tc>
        <w:tc>
          <w:tcPr>
            <w:tcW w:type="dxa" w:w="1440"/>
          </w:tcPr>
          <w:p>
            <w:r>
              <w:t>12.288,90 €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29/12/2023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98.202,10 €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22 - Base Aérea de Torrejón (Agrupación de Base) (NIF S2822022F)</w:t>
      </w:r>
    </w:p>
    <w:p>
      <w:r>
        <w:t xml:space="preserve">ONNERA LAUNDY BARCELONA SA, con NIF A08255374, adjudicataria del contrato «Plegador trasversal con apilador», expediente 2023/EA22/00001888E, adjudicado el 09/12/2023 por 34.500,00 €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12/12/2023 a 12/01/2024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 i Qualitat Democràtica</w:t>
      </w:r>
    </w:p>
    <w:p>
      <w:r>
        <w:t xml:space="preserve">ONNERA LAUNDY BARCELONA SA, con NIF A08255374, adjudicataria del contrato «Subministrament, instal·lació i posada en funcionament de rentadores i assecadores amb destinació a diversos edificis del Departament de Justícia, Drets i Memòria  de la Generalitat de Catalunya per a l'any 2024», lote 5, expediente JU-2024-199, adjudicado el …… por 3.115,35 €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 i Qualitat Democràtica</w:t>
      </w:r>
    </w:p>
    <w:p>
      <w:r>
        <w:t xml:space="preserve">ONNERA LAUNDY BARCELONA SA, con NIF A08255374, adjudicataria del contrato «Subministrament, instal·lació i posada en funcionament de rentadores i assecadores amb destinació a diversos edificis del Departament de Justícia, Drets i Memòria  de la Generalitat de Catalunya per a l'any 2024», lote 8, expediente JU-2024-199, adjudicado el …… por 3.115,35 €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Justícia, Drets i Memòria</w:t>
      </w:r>
    </w:p>
    <w:p>
      <w:r>
        <w:t xml:space="preserve">ONNERA LAUNDY BARCELONA SA, con NIF A08255374, adjudicataria del contrato «L'objecte del contracte és el subministrament de rentadores i assecadores a diversos centres educatius i penitenciaris del Departament de Justícia, Drets i Memòria, durant l'any 2023.», lote 1, expediente JU-2023-300, adjudicado el …… por 32.237,30 €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29/12/2023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Justícia, Drets i Memòria</w:t>
      </w:r>
    </w:p>
    <w:p>
      <w:r>
        <w:t xml:space="preserve">ONNERA LAUNDY BARCELONA SA, con NIF A08255374, adjudicataria del contrato «L'objecte del contracte és el subministrament de rentadores i assecadores a diversos centres educatius i penitenciaris del Departament de Justícia, Drets i Memòria, durant l'any 2023.», lote 4, expediente JU-2023-300, adjudicado el …… por 12.945,20 €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29/12/2023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Justícia, Drets i Memòria</w:t>
      </w:r>
    </w:p>
    <w:p>
      <w:r>
        <w:t xml:space="preserve">ONNERA LAUNDY BARCELONA SA, con NIF A08255374, adjudicataria del contrato «L'objecte del contracte és el subministrament de rentadores i assecadores a diversos centres educatius i penitenciaris del Departament de Justícia, Drets i Memòria, durant l'any 2023.», lote 6, expediente JU-2023-300, adjudicado el …… por 12.288,90 €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29/12/2023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