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LIVER WYMAN SL</w:t>
      </w:r>
    </w:p>
    <w:p>
      <w:r>
        <w:t>NIF B594335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