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Oficina Técnica del Sur, S.L.</w:t>
      </w:r>
    </w:p>
    <w:p>
      <w:r>
        <w:t>NIF B23593973.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