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OCAEX INSPECCIONES, S.L.</w:t>
      </w:r>
    </w:p>
    <w:p>
      <w:r>
        <w:t>NIF B06673479.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