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OBRES I SERVEIS SALVAT-JOVE SL</w:t>
      </w:r>
    </w:p>
    <w:p>
      <w:r>
        <w:t>NIF B56807266.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Trabajos de impermeabilización en planta -1 del centro de umivale Activa en Tecnoparc · exp. OBR-26-0235-SOM</w:t>
            </w:r>
          </w:p>
        </w:tc>
        <w:tc>
          <w:tcPr>
            <w:tcW w:type="dxa" w:w="1440"/>
          </w:tcPr>
          <w:p>
            <w:r>
              <w:t>Gerencia umivale Activa, Mutua Colaboradora con la Seguridad Social número 3 · NIF G96236443</w:t>
            </w:r>
          </w:p>
        </w:tc>
        <w:tc>
          <w:tcPr>
            <w:tcW w:type="dxa" w:w="1440"/>
          </w:tcPr>
          <w:p>
            <w:r>
              <w:t>118.324,00 €</w:t>
            </w:r>
          </w:p>
        </w:tc>
        <w:tc>
          <w:tcPr>
            <w:tcW w:type="dxa" w:w="1440"/>
          </w:tcPr>
          <w:p>
            <w:r>
              <w:t>02/09/2026</w:t>
            </w:r>
          </w:p>
        </w:tc>
        <w:tc>
          <w:tcPr>
            <w:tcW w:type="dxa" w:w="1440"/>
          </w:tcPr>
          <w:p>
            <w:r>
              <w:t>23/09/2026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118.324,00 €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umivale Activa, Mutua Colaboradora con la Seguridad Social número 3 (NIF G96236443)</w:t>
      </w:r>
    </w:p>
    <w:p>
      <w:r>
        <w:t xml:space="preserve">OBRES I SERVEIS SALVAT-JOVE SL, con NIF B56807266, adjudicataria del contrato «Trabajos de impermeabilización en planta -1 del centro de umivale Activa en Tecnoparc», expediente OBR-26-0235-SOM, adjudicado el 02/09/2026 por 118.324,00 €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23/09/2026 a 23/11/2026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