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DE JARDINERIA TOT VERD SL</w:t>
      </w:r>
    </w:p>
    <w:p>
      <w:r>
        <w:t>NIF B65995029.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