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NYDDO DOCUMENTACION LOGICA S.L</w:t>
      </w:r>
    </w:p>
    <w:p>
      <w:r>
        <w:t>NIF B27761618.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Trabajos de digitalización de determinadas series documentales del Archivo municipal. · exp. 2840/2025</w:t>
            </w:r>
          </w:p>
        </w:tc>
        <w:tc>
          <w:tcPr>
            <w:tcW w:type="dxa" w:w="1440"/>
          </w:tcPr>
          <w:p>
            <w:r>
              <w:t>Ayuntamiento de Jávea · NIF P0308200E</w:t>
            </w:r>
          </w:p>
        </w:tc>
        <w:tc>
          <w:tcPr>
            <w:tcW w:type="dxa" w:w="1440"/>
          </w:tcPr>
          <w:p>
            <w:r>
              <w:t>4.132,23 €</w:t>
            </w:r>
          </w:p>
        </w:tc>
        <w:tc>
          <w:tcPr>
            <w:tcW w:type="dxa" w:w="1440"/>
          </w:tcPr>
          <w:p>
            <w:r>
              <w:t>30/06/2025</w:t>
            </w:r>
          </w:p>
        </w:tc>
        <w:tc>
          <w:tcPr>
            <w:tcW w:type="dxa" w:w="1440"/>
          </w:tcPr>
          <w:p>
            <w:r>
              <w:t>30/07/2025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digitalización de documentos y destrucción de documentación para la provincia de Ourense de Ibermutua · exp. CG-2022/3203/0002</w:t>
            </w:r>
          </w:p>
        </w:tc>
        <w:tc>
          <w:tcPr>
            <w:tcW w:type="dxa" w:w="1440"/>
          </w:tcPr>
          <w:p>
            <w:r>
              <w:t>Dirección General de IBERMUTUA, Mutua Colaboradora con la Seguridad Social nº 274 · NIF G81939217</w:t>
            </w:r>
          </w:p>
        </w:tc>
        <w:tc>
          <w:tcPr>
            <w:tcW w:type="dxa" w:w="1440"/>
          </w:tcPr>
          <w:p>
            <w:r>
              <w:t>15.742,50 €</w:t>
            </w:r>
          </w:p>
        </w:tc>
        <w:tc>
          <w:tcPr>
            <w:tcW w:type="dxa" w:w="1440"/>
          </w:tcPr>
          <w:p>
            <w:r>
              <w:t>30/11/2022</w:t>
            </w:r>
          </w:p>
        </w:tc>
        <w:tc>
          <w:tcPr>
            <w:tcW w:type="dxa" w:w="1440"/>
          </w:tcPr>
          <w:p>
            <w:r>
              <w:t>14/12/2022 – 14/12/2023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digitalización de fondos documentales custodiados en los archivos históricos de la Xunta de Galicia para su posterior difusión a través de Galiciana, Archivo Digital de Galicia en el micrositio Memoria y Concordia (4 lotes). (lote 1) · exp. PcPG/2024/822052</w:t>
            </w:r>
          </w:p>
        </w:tc>
        <w:tc>
          <w:tcPr>
            <w:tcW w:type="dxa" w:w="1440"/>
          </w:tcPr>
          <w:p>
            <w:r>
              <w:t>Consellería de Cultura, Lingua e Xuventude</w:t>
            </w:r>
          </w:p>
        </w:tc>
        <w:tc>
          <w:tcPr>
            <w:tcW w:type="dxa" w:w="1440"/>
          </w:tcPr>
          <w:p>
            <w:r>
              <w:t>26.611,60 €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05/07/2024 – 05/11/2024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digitalización de fondos documentales custodiados en los archivos históricos de la Xunta de Galicia para su posterior difusión a través de Galiciana, Archivo Digital de Galicia en el micrositio Memoria y Concordia (4 lotes). (lote 4) · exp. PcPG/2024/822052</w:t>
            </w:r>
          </w:p>
        </w:tc>
        <w:tc>
          <w:tcPr>
            <w:tcW w:type="dxa" w:w="1440"/>
          </w:tcPr>
          <w:p>
            <w:r>
              <w:t>Consellería de Cultura, Lingua e Xuventude</w:t>
            </w:r>
          </w:p>
        </w:tc>
        <w:tc>
          <w:tcPr>
            <w:tcW w:type="dxa" w:w="1440"/>
          </w:tcPr>
          <w:p>
            <w:r>
              <w:t>26.611,60 €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05/07/2024 – 05/11/2024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73.097,93 €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Jávea (NIF P0308200E)</w:t>
      </w:r>
    </w:p>
    <w:p>
      <w:r>
        <w:t xml:space="preserve">NYDDO DOCUMENTACION LOGICA S.L, con NIF B27761618, adjudicataria del contrato «Trabajos de digitalización de determinadas series documentales del Archivo municipal.», expediente 2840/2025, adjudicado el 30/06/2025 por 4.132,23 €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30/07/2025 a 30/07/2027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IBERMUTUA, Mutua Colaboradora con la Seguridad Social nº 274 (NIF G81939217)</w:t>
      </w:r>
    </w:p>
    <w:p>
      <w:r>
        <w:t xml:space="preserve">NYDDO DOCUMENTACION LOGICA S.L, con NIF B27761618, adjudicataria del contrato «Servicio de digitalización de documentos y destrucción de documentación para la provincia de Ourense de Ibermutua», expediente CG-2022/3203/0002, adjudicado el 30/11/2022 por 15.742,50 €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14/12/2022 a 14/12/2023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Cultura, Lingua e Xuventude</w:t>
      </w:r>
    </w:p>
    <w:p>
      <w:r>
        <w:t xml:space="preserve">NYDDO DOCUMENTACION LOGICA S.L, con NIF B27761618, adjudicataria del contrato «Servicio de digitalización de fondos documentales custodiados en los archivos históricos de la Xunta de Galicia para su posterior difusión a través de Galiciana, Archivo Digital de Galicia en el micrositio Memoria y Concordia (4 lotes).», lote 1, expediente PcPG/2024/822052, adjudicado el …… por 26.611,60 €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05/07/2024 a 05/11/2024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Cultura, Lingua e Xuventude</w:t>
      </w:r>
    </w:p>
    <w:p>
      <w:r>
        <w:t xml:space="preserve">NYDDO DOCUMENTACION LOGICA S.L, con NIF B27761618, adjudicataria del contrato «Servicio de digitalización de fondos documentales custodiados en los archivos históricos de la Xunta de Galicia para su posterior difusión a través de Galiciana, Archivo Digital de Galicia en el micrositio Memoria y Concordia (4 lotes).», lote 4, expediente PcPG/2024/822052, adjudicado el …… por 26.611,60 €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05/07/2024 a 05/11/2024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