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OVELEC HISPALIS SL</w:t>
      </w:r>
    </w:p>
    <w:p>
      <w:r>
        <w:t>NIF B90100686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