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NOVATECH SERVICIOS DE PUERTOS</w:t>
      </w:r>
    </w:p>
    <w:p>
      <w:r>
        <w:t>NIF B42702050.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Canalización de goteras, retirada/adecuación de la manta impermeabilizante, tratamiento de surgencias y de la losa de hormigón de vía en los Túneles y Cavernas del Tramo Común Línea 1 y Línea 2 de Metro Bilbao (lote 478335) · exp. 24/037</w:t>
            </w:r>
          </w:p>
        </w:tc>
        <w:tc>
          <w:tcPr>
            <w:tcW w:type="dxa" w:w="1440"/>
          </w:tcPr>
          <w:p>
            <w:r>
              <w:t>Consejo de Administración</w:t>
            </w:r>
          </w:p>
        </w:tc>
        <w:tc>
          <w:tcPr>
            <w:tcW w:type="dxa" w:w="1440"/>
          </w:tcPr>
          <w:p>
            <w:r>
              <w:t>144.000,00 €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23/07/2024 – 23/07/2026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Canalización de goteras, retirada/adecuación de la manta impermeabilizante, tratamiento de surgencias y de la losa de hormigón de vía en los Túneles y Cavernas del Tramo Común Línea 1 y Línea 2 de Metro Bilbao (lote 478336) · exp. 24/037</w:t>
            </w:r>
          </w:p>
        </w:tc>
        <w:tc>
          <w:tcPr>
            <w:tcW w:type="dxa" w:w="1440"/>
          </w:tcPr>
          <w:p>
            <w:r>
              <w:t>Consejo de Administración</w:t>
            </w:r>
          </w:p>
        </w:tc>
        <w:tc>
          <w:tcPr>
            <w:tcW w:type="dxa" w:w="1440"/>
          </w:tcPr>
          <w:p>
            <w:r>
              <w:t>240.000,00 €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23/07/2024 – 23/07/2026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Canalización de goteras, retirada/adecuación de la manta impermeabilizante, tratamiento de surgencias y de la losa de hormigón de vía en los Túneles y Cavernas del Tramo Común Línea 1 y Línea 2 de Metro Bilbao (lote 478337) · exp. 24/037</w:t>
            </w:r>
          </w:p>
        </w:tc>
        <w:tc>
          <w:tcPr>
            <w:tcW w:type="dxa" w:w="1440"/>
          </w:tcPr>
          <w:p>
            <w:r>
              <w:t>Consejo de Administración</w:t>
            </w:r>
          </w:p>
        </w:tc>
        <w:tc>
          <w:tcPr>
            <w:tcW w:type="dxa" w:w="1440"/>
          </w:tcPr>
          <w:p>
            <w:r>
              <w:t>240.000,00 €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23/07/2024 – 23/07/2026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Canalización de goteras, retirada/adecuación de la manta impermeabilizante, tratamiento de surgencias y de la losa de hormigón de vía en los Túneles y Cavernas del Tramo Común Línea 1 y Línea 2 de Metro Bilbao (lote 478338) · exp. 24/037</w:t>
            </w:r>
          </w:p>
        </w:tc>
        <w:tc>
          <w:tcPr>
            <w:tcW w:type="dxa" w:w="1440"/>
          </w:tcPr>
          <w:p>
            <w:r>
              <w:t>Consejo de Administración</w:t>
            </w:r>
          </w:p>
        </w:tc>
        <w:tc>
          <w:tcPr>
            <w:tcW w:type="dxa" w:w="1440"/>
          </w:tcPr>
          <w:p>
            <w:r>
              <w:t>576.000,00 €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23/07/2024 – 23/07/2026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1.200.000,00 €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</w:t>
      </w:r>
    </w:p>
    <w:p>
      <w:r>
        <w:t xml:space="preserve">NOVATECH SERVICIOS DE PUERTOS, con NIF B42702050, adjudicataria del contrato «Canalización de goteras, retirada/adecuación de la manta impermeabilizante, tratamiento de surgencias y de la losa de hormigón de vía en los Túneles y Cavernas del Tramo Común Línea 1 y Línea 2 de Metro Bilbao», lote 478335, expediente 24/037, adjudicado el …… por 144.000,00 €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23/07/2024 a 23/07/2026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</w:t>
      </w:r>
    </w:p>
    <w:p>
      <w:r>
        <w:t xml:space="preserve">NOVATECH SERVICIOS DE PUERTOS, con NIF B42702050, adjudicataria del contrato «Canalización de goteras, retirada/adecuación de la manta impermeabilizante, tratamiento de surgencias y de la losa de hormigón de vía en los Túneles y Cavernas del Tramo Común Línea 1 y Línea 2 de Metro Bilbao», lote 478336, expediente 24/037, adjudicado el …… por 240.000,00 €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23/07/2024 a 23/07/2026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</w:t>
      </w:r>
    </w:p>
    <w:p>
      <w:r>
        <w:t xml:space="preserve">NOVATECH SERVICIOS DE PUERTOS, con NIF B42702050, adjudicataria del contrato «Canalización de goteras, retirada/adecuación de la manta impermeabilizante, tratamiento de surgencias y de la losa de hormigón de vía en los Túneles y Cavernas del Tramo Común Línea 1 y Línea 2 de Metro Bilbao», lote 478337, expediente 24/037, adjudicado el …… por 240.000,00 €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23/07/2024 a 23/07/2026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</w:t>
      </w:r>
    </w:p>
    <w:p>
      <w:r>
        <w:t xml:space="preserve">NOVATECH SERVICIOS DE PUERTOS, con NIF B42702050, adjudicataria del contrato «Canalización de goteras, retirada/adecuación de la manta impermeabilizante, tratamiento de surgencias y de la losa de hormigón de vía en los Túneles y Cavernas del Tramo Común Línea 1 y Línea 2 de Metro Bilbao», lote 478338, expediente 24/037, adjudicado el …… por 576.000,00 €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23/07/2024 a 23/07/2026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