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NOVATECH SERVICIOS DE PUERTOS</w:t>
      </w:r>
    </w:p>
    <w:p>
      <w:r>
        <w:t>NIF B42702050.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