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NEUMATICOS IRUÑA SL</w:t>
      </w:r>
    </w:p>
    <w:p>
      <w:r>
        <w:t>NIF B58833062.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 Y Colocación De 4 Neumaticos Nuevos En Camion H3-Apto San Sebastian · exp. EAS-46/2026</w:t>
            </w:r>
          </w:p>
        </w:tc>
        <w:tc>
          <w:tcPr>
            <w:tcW w:type="dxa" w:w="1440"/>
          </w:tcPr>
          <w:p>
            <w:r>
              <w:t>Aena. Dirección del Aeropuerto de San Sebastián · NIF A86212420</w:t>
            </w:r>
          </w:p>
        </w:tc>
        <w:tc>
          <w:tcPr>
            <w:tcW w:type="dxa" w:w="1440"/>
          </w:tcPr>
          <w:p>
            <w:r>
              <w:t>5.738,04 €</w:t>
            </w:r>
          </w:p>
        </w:tc>
        <w:tc>
          <w:tcPr>
            <w:tcW w:type="dxa" w:w="1440"/>
          </w:tcPr>
          <w:p>
            <w:r>
              <w:t>29/07/2026</w:t>
            </w:r>
          </w:p>
        </w:tc>
        <w:tc>
          <w:tcPr>
            <w:tcW w:type="dxa" w:w="1440"/>
          </w:tcPr>
          <w:p>
            <w:r>
              <w:t>30/07/2026 – 13/08/2026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 E Instalacion De Nuevos Neumaticos En Camion Ssei-Apto San Sebastian · exp. EAS-35/2025</w:t>
            </w:r>
          </w:p>
        </w:tc>
        <w:tc>
          <w:tcPr>
            <w:tcW w:type="dxa" w:w="1440"/>
          </w:tcPr>
          <w:p>
            <w:r>
              <w:t>Aena. Dirección del Aeropuerto de San Sebastián · NIF A86212420</w:t>
            </w:r>
          </w:p>
        </w:tc>
        <w:tc>
          <w:tcPr>
            <w:tcW w:type="dxa" w:w="1440"/>
          </w:tcPr>
          <w:p>
            <w:r>
              <w:t>3.055,34 €</w:t>
            </w:r>
          </w:p>
        </w:tc>
        <w:tc>
          <w:tcPr>
            <w:tcW w:type="dxa" w:w="1440"/>
          </w:tcPr>
          <w:p>
            <w:r>
              <w:t>07/07/2025</w:t>
            </w:r>
          </w:p>
        </w:tc>
        <w:tc>
          <w:tcPr>
            <w:tcW w:type="dxa" w:w="1440"/>
          </w:tcPr>
          <w:p>
            <w:r>
              <w:t>08/07/2025 – 29/07/2025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8.793,38 €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San Sebastián (NIF A86212420)</w:t>
      </w:r>
    </w:p>
    <w:p>
      <w:r>
        <w:t xml:space="preserve">NEUMATICOS IRUÑA SL, con NIF B58833062, adjudicataria del contrato «Sum Y Colocación De 4 Neumaticos Nuevos En Camion H3-Apto San Sebastian», expediente EAS-46/2026, adjudicado el 29/07/2026 por 5.738,04 €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30/07/2026 a 13/08/2026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San Sebastián (NIF A86212420)</w:t>
      </w:r>
    </w:p>
    <w:p>
      <w:r>
        <w:t xml:space="preserve">NEUMATICOS IRUÑA SL, con NIF B58833062, adjudicataria del contrato «Sum E Instalacion De Nuevos Neumaticos En Camion Ssei-Apto San Sebastian», expediente EAS-35/2025, adjudicado el 07/07/2025 por 3.055,34 €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08/07/2025 a 29/07/2025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