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NEUMATICOS BERAUN SL</w:t>
      </w:r>
    </w:p>
    <w:p>
      <w:r>
        <w:t>NIF B20510707.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Cambio De Ruedas Al H1-Apto San Sebastian · exp. EAS-81/2025</w:t>
            </w:r>
          </w:p>
        </w:tc>
        <w:tc>
          <w:tcPr>
            <w:tcW w:type="dxa" w:w="1440"/>
          </w:tcPr>
          <w:p>
            <w:r>
              <w:t>Aena. Dirección del Aeropuerto de San Sebastián · NIF A86212420</w:t>
            </w:r>
          </w:p>
        </w:tc>
        <w:tc>
          <w:tcPr>
            <w:tcW w:type="dxa" w:w="1440"/>
          </w:tcPr>
          <w:p>
            <w:r>
              <w:t>1.885,18 €</w:t>
            </w:r>
          </w:p>
        </w:tc>
        <w:tc>
          <w:tcPr>
            <w:tcW w:type="dxa" w:w="1440"/>
          </w:tcPr>
          <w:p>
            <w:r>
              <w:t>18/12/2025</w:t>
            </w:r>
          </w:p>
        </w:tc>
        <w:tc>
          <w:tcPr>
            <w:tcW w:type="dxa" w:w="1440"/>
          </w:tcPr>
          <w:p>
            <w:r>
              <w:t>19/12/2025 – 22/12/2025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Sustitucion De 2 Neumaticos En Pma-Apto San Sebastian · exp. EAS-66/2025</w:t>
            </w:r>
          </w:p>
        </w:tc>
        <w:tc>
          <w:tcPr>
            <w:tcW w:type="dxa" w:w="1440"/>
          </w:tcPr>
          <w:p>
            <w:r>
              <w:t>Aena. Dirección del Aeropuerto de San Sebastián · NIF A86212420</w:t>
            </w:r>
          </w:p>
        </w:tc>
        <w:tc>
          <w:tcPr>
            <w:tcW w:type="dxa" w:w="1440"/>
          </w:tcPr>
          <w:p>
            <w:r>
              <w:t>327,53 €</w:t>
            </w:r>
          </w:p>
        </w:tc>
        <w:tc>
          <w:tcPr>
            <w:tcW w:type="dxa" w:w="1440"/>
          </w:tcPr>
          <w:p>
            <w:r>
              <w:t>11/11/2025</w:t>
            </w:r>
          </w:p>
        </w:tc>
        <w:tc>
          <w:tcPr>
            <w:tcW w:type="dxa" w:w="1440"/>
          </w:tcPr>
          <w:p>
            <w:r>
              <w:t>12/11/2025 – 26/11/2025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2.212,71 €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San Sebastián (NIF A86212420)</w:t>
      </w:r>
    </w:p>
    <w:p>
      <w:r>
        <w:t xml:space="preserve">NEUMATICOS BERAUN SL, con NIF B20510707, adjudicataria del contrato «Suministro Y Cambio De Ruedas Al H1-Apto San Sebastian», expediente EAS-81/2025, adjudicado el 18/12/2025 por 1.885,18 €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19/12/2025 a 22/12/2025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Aena. Dirección del Aeropuerto de San Sebastián (NIF A86212420)</w:t>
      </w:r>
    </w:p>
    <w:p>
      <w:r>
        <w:t xml:space="preserve">NEUMATICOS BERAUN SL, con NIF B20510707, adjudicataria del contrato «Sustitucion De 2 Neumaticos En Pma-Apto San Sebastian», expediente EAS-66/2025, adjudicado el 11/11/2025 por 327,53 €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12/11/2025 a 26/11/2025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