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NETEC LEARNING SOLUTIONS SL</w:t>
      </w:r>
    </w:p>
    <w:p>
      <w:r>
        <w:t>NIF B21899737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