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TEC LEARNING SOLUTIONS SL</w:t>
      </w:r>
    </w:p>
    <w:p>
      <w:r>
        <w:t>NIF B2189973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