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rja jet center sl</w:t>
      </w:r>
    </w:p>
    <w:p>
      <w:r>
        <w:t>NIF B2985554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