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NÁUTICA NOGUERA S.L.U.</w:t>
      </w:r>
    </w:p>
    <w:p>
      <w:r>
        <w:t>NIF B53439758.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mantenimiento y reparación embarcaciones policiales. · exp. SERV/2026000020</w:t>
            </w:r>
          </w:p>
        </w:tc>
        <w:tc>
          <w:tcPr>
            <w:tcW w:type="dxa" w:w="1440"/>
          </w:tcPr>
          <w:p>
            <w:r>
              <w:t>Ayuntamiento Dénia · NIF P0306300E</w:t>
            </w:r>
          </w:p>
        </w:tc>
        <w:tc>
          <w:tcPr>
            <w:tcW w:type="dxa" w:w="1440"/>
          </w:tcPr>
          <w:p>
            <w:r>
              <w:t>20.000,00 €</w:t>
            </w:r>
          </w:p>
        </w:tc>
        <w:tc>
          <w:tcPr>
            <w:tcW w:type="dxa" w:w="1440"/>
          </w:tcPr>
          <w:p>
            <w:r>
              <w:t>10/06/2026</w:t>
            </w:r>
          </w:p>
        </w:tc>
        <w:tc>
          <w:tcPr>
            <w:tcW w:type="dxa" w:w="1440"/>
          </w:tcPr>
          <w:p>
            <w:r>
              <w:t>17/07/2026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Dénia (NIF P0306300E)</w:t>
      </w:r>
    </w:p>
    <w:p>
      <w:r>
        <w:t xml:space="preserve">NÁUTICA NOGUERA S.L.U., con NIF B53439758, adjudicataria del contrato «Servicio mantenimiento y reparación embarcaciones policiales.», expediente SERV/2026000020, adjudicado el 10/06/2026 por 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17/07/2026 a 17/07/2028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