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NATURES S. COOP. AND.</w:t>
      </w:r>
    </w:p>
    <w:p>
      <w:r>
        <w:t>NIF F90009044.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