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NATURA SERVICIOS INTEGRALES SL</w:t>
      </w:r>
    </w:p>
    <w:p>
      <w:r>
        <w:t>NIF B56834849.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