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Musicarte, Sociedad Cooperativa de Iniciativa Social</w:t>
      </w:r>
    </w:p>
    <w:p>
      <w:r>
        <w:t>NIF F26056127.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