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MUSICA IN VIU A BCN</w:t>
      </w:r>
    </w:p>
    <w:p>
      <w:r>
        <w:t>NIF B67274068.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y suministro de comidas y bebidas (Catering) para actos protocolarios de Régimen interior y Recursos Humanos, 2 lotes (lote 1) · exp. 15795/2025</w:t>
            </w:r>
          </w:p>
        </w:tc>
        <w:tc>
          <w:tcPr>
            <w:tcW w:type="dxa" w:w="1440"/>
          </w:tcPr>
          <w:p>
            <w:r>
              <w:t>Ayuntamiento de Arrecife · NIF P3500400A</w:t>
            </w:r>
          </w:p>
        </w:tc>
        <w:tc>
          <w:tcPr>
            <w:tcW w:type="dxa" w:w="1440"/>
          </w:tcPr>
          <w:p>
            <w:r>
              <w:t>0,00 €</w:t>
            </w:r>
          </w:p>
        </w:tc>
        <w:tc>
          <w:tcPr>
            <w:tcW w:type="dxa" w:w="1440"/>
          </w:tcPr>
          <w:p>
            <w:r>
              <w:t>30/12/2025</w:t>
            </w:r>
          </w:p>
        </w:tc>
        <w:tc>
          <w:tcPr>
            <w:tcW w:type="dxa" w:w="1440"/>
          </w:tcPr>
          <w:p>
            <w:r>
              <w:t>30/01/2026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y suministro de comidas y bebidas (catering) para eventos del área de mayores, 2 lotes (lote 1) · exp. 14356/2025</w:t>
            </w:r>
          </w:p>
        </w:tc>
        <w:tc>
          <w:tcPr>
            <w:tcW w:type="dxa" w:w="1440"/>
          </w:tcPr>
          <w:p>
            <w:r>
              <w:t>Ayuntamiento de Arrecife · NIF P3500400A</w:t>
            </w:r>
          </w:p>
        </w:tc>
        <w:tc>
          <w:tcPr>
            <w:tcW w:type="dxa" w:w="1440"/>
          </w:tcPr>
          <w:p>
            <w:r>
              <w:t>19.105,00 €</w:t>
            </w:r>
          </w:p>
        </w:tc>
        <w:tc>
          <w:tcPr>
            <w:tcW w:type="dxa" w:w="1440"/>
          </w:tcPr>
          <w:p>
            <w:r>
              <w:t>28/08/2025</w:t>
            </w:r>
          </w:p>
        </w:tc>
        <w:tc>
          <w:tcPr>
            <w:tcW w:type="dxa" w:w="1440"/>
          </w:tcPr>
          <w:p>
            <w:r>
              <w:t>28/09/2025 – 28/09/2026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Servicio y suministro de comidas y bebidas (catering) para eventos del área de mayores, 2 lotes (lote 2) · exp. 14356/2025</w:t>
            </w:r>
          </w:p>
        </w:tc>
        <w:tc>
          <w:tcPr>
            <w:tcW w:type="dxa" w:w="1440"/>
          </w:tcPr>
          <w:p>
            <w:r>
              <w:t>Ayuntamiento de Arrecife · NIF P3500400A</w:t>
            </w:r>
          </w:p>
        </w:tc>
        <w:tc>
          <w:tcPr>
            <w:tcW w:type="dxa" w:w="1440"/>
          </w:tcPr>
          <w:p>
            <w:r>
              <w:t>29.750,00 €</w:t>
            </w:r>
          </w:p>
        </w:tc>
        <w:tc>
          <w:tcPr>
            <w:tcW w:type="dxa" w:w="1440"/>
          </w:tcPr>
          <w:p>
            <w:r>
              <w:t>28/08/2025</w:t>
            </w:r>
          </w:p>
        </w:tc>
        <w:tc>
          <w:tcPr>
            <w:tcW w:type="dxa" w:w="1440"/>
          </w:tcPr>
          <w:p>
            <w:r>
              <w:t>28/09/2025 – 28/09/2026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48.855,00 €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Arrecife (NIF P3500400A)</w:t>
      </w:r>
    </w:p>
    <w:p>
      <w:r>
        <w:t xml:space="preserve">MUSICA IN VIU A BCN, con NIF B67274068, adjudicataria del contrato «Servicios y suministro de comidas y bebidas (Catering) para actos protocolarios de Régimen interior y Recursos Humanos, 2 lotes», lote 1, expediente 15795/2025, adjudicado el 30/12/2025 por 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30/01/2026 a 30/01/2027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Arrecife (NIF P3500400A)</w:t>
      </w:r>
    </w:p>
    <w:p>
      <w:r>
        <w:t xml:space="preserve">MUSICA IN VIU A BCN, con NIF B67274068, adjudicataria del contrato «Servicio y suministro de comidas y bebidas (catering) para eventos del área de mayores, 2 lotes», lote 1, expediente 14356/2025, adjudicado el 28/08/2025 por 19.105,00 €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28/09/2025 a 28/09/2026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Arrecife (NIF P3500400A)</w:t>
      </w:r>
    </w:p>
    <w:p>
      <w:r>
        <w:t xml:space="preserve">MUSICA IN VIU A BCN, con NIF B67274068, adjudicataria del contrato «Servicio y suministro de comidas y bebidas (catering) para eventos del área de mayores, 2 lotes», lote 2, expediente 14356/2025, adjudicado el 28/08/2025 por 29.750,00 €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28/09/2025 a 28/09/2026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