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MURPROTEC ESPAÑA SLU</w:t>
      </w:r>
    </w:p>
    <w:p>
      <w:r>
        <w:t>NIF B62311626.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