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MURO VASE, S.L.U.</w:t>
      </w:r>
    </w:p>
    <w:p>
      <w:r>
        <w:t>NIF B61178646. Contratos públicos adjudicados en los tres últimos años (servicios), del 01/11/2023 al 01/11/2026,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Suministro y obra de instalación para la ejecución de las obras de “Red De Riego De Apoyo San Andrés – Isora, Fase I. T.M. De Valverde. Isla De El Hierro” (lote 1) · exp. 1009/25</w:t>
            </w:r>
          </w:p>
        </w:tc>
        <w:tc>
          <w:tcPr>
            <w:tcW w:type="dxa" w:w="1440"/>
          </w:tcPr>
          <w:p>
            <w:r>
              <w:t>Consejería Delegada de Gestión y Planeamiento Territorial y Medioambiental, S.A. · NIF A38279972</w:t>
            </w:r>
          </w:p>
        </w:tc>
        <w:tc>
          <w:tcPr>
            <w:tcW w:type="dxa" w:w="1440"/>
          </w:tcPr>
          <w:p>
            <w:r>
              <w:t>590.000,00 €</w:t>
            </w:r>
          </w:p>
        </w:tc>
        <w:tc>
          <w:tcPr>
            <w:tcW w:type="dxa" w:w="1440"/>
          </w:tcPr>
          <w:p>
            <w:r>
              <w:t>14/01/2026</w:t>
            </w:r>
          </w:p>
        </w:tc>
        <w:tc>
          <w:tcPr>
            <w:tcW w:type="dxa" w:w="1440"/>
          </w:tcPr>
          <w:p>
            <w:r>
              <w:t>23/01/2026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Suministro y obra de instalación para la ejecución de las obras de “Red De Riego De Apoyo San Andrés – Isora, Fase I. T.M. De Valverde. Isla De El Hierro” (lote 3) · exp. 1009/25</w:t>
            </w:r>
          </w:p>
        </w:tc>
        <w:tc>
          <w:tcPr>
            <w:tcW w:type="dxa" w:w="1440"/>
          </w:tcPr>
          <w:p>
            <w:r>
              <w:t>Consejería Delegada de Gestión y Planeamiento Territorial y Medioambiental, S.A. · NIF A38279972</w:t>
            </w:r>
          </w:p>
        </w:tc>
        <w:tc>
          <w:tcPr>
            <w:tcW w:type="dxa" w:w="1440"/>
          </w:tcPr>
          <w:p>
            <w:r>
              <w:t>32.000,00 €</w:t>
            </w:r>
          </w:p>
        </w:tc>
        <w:tc>
          <w:tcPr>
            <w:tcW w:type="dxa" w:w="1440"/>
          </w:tcPr>
          <w:p>
            <w:r>
              <w:t>14/01/2026</w:t>
            </w:r>
          </w:p>
        </w:tc>
        <w:tc>
          <w:tcPr>
            <w:tcW w:type="dxa" w:w="1440"/>
          </w:tcPr>
          <w:p>
            <w:r>
              <w:t>23/01/2026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Suministro a pie de obra de depósito prefabricado de hormigón armado para agua de riego, en el Proyecto y Ejecución de las Obras de Diversas Actuaciones de Mejora y Mantenimiento en Centros del Instituto Canario de Investigaciones Agrarias (ICIA) de Tenerife. · exp. TSA0078177</w:t>
            </w:r>
          </w:p>
        </w:tc>
        <w:tc>
          <w:tcPr>
            <w:tcW w:type="dxa" w:w="1440"/>
          </w:tcPr>
          <w:p>
            <w:r>
              <w:t>Empresa de Transformación Agraria S.A.,S.M.E., M.P., (TRAGSA) · NIF A28476208</w:t>
            </w:r>
          </w:p>
        </w:tc>
        <w:tc>
          <w:tcPr>
            <w:tcW w:type="dxa" w:w="1440"/>
          </w:tcPr>
          <w:p>
            <w:r>
              <w:t>77.500,00 €</w:t>
            </w:r>
          </w:p>
        </w:tc>
        <w:tc>
          <w:tcPr>
            <w:tcW w:type="dxa" w:w="1440"/>
          </w:tcPr>
          <w:p>
            <w:r>
              <w:t>20/09/2024</w:t>
            </w:r>
          </w:p>
        </w:tc>
        <w:tc>
          <w:tcPr>
            <w:tcW w:type="dxa" w:w="1440"/>
          </w:tcPr>
          <w:p>
            <w:r>
              <w:t>20/10/2024 – 20/03/2025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699.500,00 € sin IVA, en 3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Consejería Delegada de Gestión y Planeamiento Territorial y Medioambiental, S.A. (NIF A38279972)</w:t>
      </w:r>
    </w:p>
    <w:p>
      <w:r>
        <w:t xml:space="preserve">MURO VASE, S.L.U., con NIF B61178646, adjudicataria del contrato «Suministro y obra de instalación para la ejecución de las obras de “Red De Riego De Apoyo San Andrés – Isora, Fase I. T.M. De Valverde. Isla De El Hierro”», lote 1, expediente 1009/25, adjudicado el 14/01/2026 por 590.000,00 €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23/01/2026 a 23/04/2027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Consejería Delegada de Gestión y Planeamiento Territorial y Medioambiental, S.A. (NIF A38279972)</w:t>
      </w:r>
    </w:p>
    <w:p>
      <w:r>
        <w:t xml:space="preserve">MURO VASE, S.L.U., con NIF B61178646, adjudicataria del contrato «Suministro y obra de instalación para la ejecución de las obras de “Red De Riego De Apoyo San Andrés – Isora, Fase I. T.M. De Valverde. Isla De El Hierro”», lote 3, expediente 1009/25, adjudicado el 14/01/2026 por 32.000,00 €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23/01/2026 a 23/04/2027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Empresa de Transformación Agraria S.A.,S.M.E., M.P., (TRAGSA) (NIF A28476208)</w:t>
      </w:r>
    </w:p>
    <w:p>
      <w:r>
        <w:t xml:space="preserve">MURO VASE, S.L.U., con NIF B61178646, adjudicataria del contrato «Suministro a pie de obra de depósito prefabricado de hormigón armado para agua de riego, en el Proyecto y Ejecución de las Obras de Diversas Actuaciones de Mejora y Mantenimiento en Centros del Instituto Canario de Investigaciones Agrarias (ICIA) de Tenerife.», expediente TSA0078177, adjudicado el 20/09/2024 por 77.500,00 €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20/10/2024 a 20/03/2025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