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MURGAS OBRAS Y SERVICIOS SLU</w:t>
      </w:r>
    </w:p>
    <w:p>
      <w:r>
        <w:t>NIF B75726182.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Ampliación de la red de abastecimiento de agua de O Cerveiro a A Insua, parroquia de San Miguel de Roás. Cospeito.Lugo · exp. 459/2025</w:t>
            </w:r>
          </w:p>
        </w:tc>
        <w:tc>
          <w:tcPr>
            <w:tcW w:type="dxa" w:w="1440"/>
          </w:tcPr>
          <w:p>
            <w:r>
              <w:t>Concello de Cospeito · NIF P2701500G</w:t>
            </w:r>
          </w:p>
        </w:tc>
        <w:tc>
          <w:tcPr>
            <w:tcW w:type="dxa" w:w="1440"/>
          </w:tcPr>
          <w:p>
            <w:r>
              <w:t>28.675,00 €</w:t>
            </w:r>
          </w:p>
        </w:tc>
        <w:tc>
          <w:tcPr>
            <w:tcW w:type="dxa" w:w="1440"/>
          </w:tcPr>
          <w:p>
            <w:r>
              <w:t>09/10/2025</w:t>
            </w:r>
          </w:p>
        </w:tc>
        <w:tc>
          <w:tcPr>
            <w:tcW w:type="dxa" w:w="1440"/>
          </w:tcPr>
          <w:p>
            <w:r>
              <w:t>09/11/2025 – 09/01/2026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Renovación de tubería (ramal a Lecín) perteneciente a la red municipal de agua de la parroquia de Bravos y mejora de la gestión digital en la Y.T.La.P. de Besteburiz (lote 0) · exp. PcPG/2025/826599</w:t>
            </w:r>
          </w:p>
        </w:tc>
        <w:tc>
          <w:tcPr>
            <w:tcW w:type="dxa" w:w="1440"/>
          </w:tcPr>
          <w:p>
            <w:r>
              <w:t>Concello de Ourol</w:t>
            </w:r>
          </w:p>
        </w:tc>
        <w:tc>
          <w:tcPr>
            <w:tcW w:type="dxa" w:w="1440"/>
          </w:tcPr>
          <w:p>
            <w:r>
              <w:t>54.268,50 €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29/12/2025 – 17/04/2026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82.943,50 €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Concello de Cospeito (NIF P2701500G)</w:t>
      </w:r>
    </w:p>
    <w:p>
      <w:r>
        <w:t xml:space="preserve">MURGAS OBRAS Y SERVICIOS SLU, con NIF B75726182, adjudicataria del contrato «Ampliación de la red de abastecimiento de agua de O Cerveiro a A Insua, parroquia de San Miguel de Roás. Cospeito.Lugo», expediente 459/2025, adjudicado el 09/10/2025 por 28.675,00 €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09/11/2025 a 09/01/2026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Concello de Ourol</w:t>
      </w:r>
    </w:p>
    <w:p>
      <w:r>
        <w:t xml:space="preserve">MURGAS OBRAS Y SERVICIOS SLU, con NIF B75726182, adjudicataria del contrato «Renovación de tubería (ramal a Lecín) perteneciente a la red municipal de agua de la parroquia de Bravos y mejora de la gestión digital en la Y.T.La.P. de Besteburiz», lote 0, expediente PcPG/2025/826599, adjudicado el …… por 54.268,50 €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29/12/2025 a 17/04/2026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