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Muñoz Navarro, Servicio de Arquetas, S.L.</w:t>
      </w:r>
    </w:p>
    <w:p>
      <w:r>
        <w:t>NIF B73352825. Contratos públicos adjudicados en los tres últimos años (servicios), del 04/11/2023 al 04/11/2026,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Armarios, Arquetas, Monolitos y Accesorios Auxiliares para ubicación de Contadores de Sercomosa. Número de expediente 0014-26PSU · exp. 0014-26PSU</w:t>
            </w:r>
          </w:p>
        </w:tc>
        <w:tc>
          <w:tcPr>
            <w:tcW w:type="dxa" w:w="1440"/>
          </w:tcPr>
          <w:p>
            <w:r>
              <w:t>Consejo de Administración de Servicios Comunitarios de Molina S.A. (SERCOMOSA) · NIF A30243976</w:t>
            </w:r>
          </w:p>
        </w:tc>
        <w:tc>
          <w:tcPr>
            <w:tcW w:type="dxa" w:w="1440"/>
          </w:tcPr>
          <w:p>
            <w:r>
              <w:t>39.360,30 €</w:t>
            </w:r>
          </w:p>
        </w:tc>
        <w:tc>
          <w:tcPr>
            <w:tcW w:type="dxa" w:w="1440"/>
          </w:tcPr>
          <w:p>
            <w:r>
              <w:t>30/10/2026</w:t>
            </w:r>
          </w:p>
        </w:tc>
        <w:tc>
          <w:tcPr>
            <w:tcW w:type="dxa" w:w="1440"/>
          </w:tcPr>
          <w:p>
            <w:r>
              <w:t>30/11/2026 – en curso</w:t>
            </w:r>
          </w:p>
        </w:tc>
        <w:tc>
          <w:tcPr>
            <w:tcW w:type="dxa" w:w="1440"/>
          </w:tcPr>
          <w:p>
            <w:r>
              <w:rPr>
                <w:highlight w:val="yellow"/>
              </w:rPr>
              <w:t>rellenar</w:t>
            </w:r>
          </w:p>
        </w:tc>
      </w:tr>
      <w:tr>
        <w:tc>
          <w:tcPr>
            <w:tcW w:type="dxa" w:w="1440"/>
          </w:tcPr>
          <w:p>
            <w:r>
              <w:t>suministro de veinticinco armarios de hormigón para la instalación en su interior de equipos de medición en continuo de la calidad del agua de consumo y toma de muestras en la red municipal de Molina · exp. 0001-26GPSU</w:t>
            </w:r>
          </w:p>
        </w:tc>
        <w:tc>
          <w:tcPr>
            <w:tcW w:type="dxa" w:w="1440"/>
          </w:tcPr>
          <w:p>
            <w:r>
              <w:t>Gerencia de Servicios Comunitarios de Molina S.A. (SERCOMOSA) · NIF A30243976</w:t>
            </w:r>
          </w:p>
        </w:tc>
        <w:tc>
          <w:tcPr>
            <w:tcW w:type="dxa" w:w="1440"/>
          </w:tcPr>
          <w:p>
            <w:r>
              <w:t>19.875,00 €</w:t>
            </w:r>
          </w:p>
        </w:tc>
        <w:tc>
          <w:tcPr>
            <w:tcW w:type="dxa" w:w="1440"/>
          </w:tcPr>
          <w:p>
            <w:r>
              <w:t>11/03/2026</w:t>
            </w:r>
          </w:p>
        </w:tc>
        <w:tc>
          <w:tcPr>
            <w:tcW w:type="dxa" w:w="1440"/>
          </w:tcPr>
          <w:p>
            <w:r>
              <w:t>27/03/2026 – 27/06/2026</w:t>
            </w:r>
          </w:p>
        </w:tc>
        <w:tc>
          <w:tcPr>
            <w:tcW w:type="dxa" w:w="1440"/>
          </w:tcPr>
          <w:p>
            <w:r>
              <w:rPr>
                <w:highlight w:val="yellow"/>
              </w:rPr>
              <w:t>rellenar</w:t>
            </w:r>
          </w:p>
        </w:tc>
      </w:tr>
      <w:tr>
        <w:tc>
          <w:tcPr>
            <w:tcW w:type="dxa" w:w="1440"/>
          </w:tcPr>
          <w:p>
            <w:r>
              <w:t>Suministro de armarios, arquetas, monolitos y accesorios auxiliares para ubicacion de contadores de Sercomosa. Numero de expediente 0006-23PSU · exp. 0006-23psu</w:t>
            </w:r>
          </w:p>
        </w:tc>
        <w:tc>
          <w:tcPr>
            <w:tcW w:type="dxa" w:w="1440"/>
          </w:tcPr>
          <w:p>
            <w:r>
              <w:t>Consejo de Administración de Servicios Comunitarios de Molina S.A. (SERCOMOSA) · NIF A30243976</w:t>
            </w:r>
          </w:p>
        </w:tc>
        <w:tc>
          <w:tcPr>
            <w:tcW w:type="dxa" w:w="1440"/>
          </w:tcPr>
          <w:p>
            <w:r>
              <w:t>33.699,50 €</w:t>
            </w:r>
          </w:p>
        </w:tc>
        <w:tc>
          <w:tcPr>
            <w:tcW w:type="dxa" w:w="1440"/>
          </w:tcPr>
          <w:p>
            <w:r>
              <w:t>29/11/2023</w:t>
            </w:r>
          </w:p>
        </w:tc>
        <w:tc>
          <w:tcPr>
            <w:tcW w:type="dxa" w:w="1440"/>
          </w:tcPr>
          <w:p>
            <w:r>
              <w:t>29/12/2023 – 29/12/2024</w:t>
            </w:r>
          </w:p>
        </w:tc>
        <w:tc>
          <w:tcPr>
            <w:tcW w:type="dxa" w:w="1440"/>
          </w:tcPr>
          <w:p>
            <w:r>
              <w:rPr>
                <w:highlight w:val="yellow"/>
              </w:rPr>
              <w:t>rellenar</w:t>
            </w:r>
          </w:p>
        </w:tc>
      </w:tr>
    </w:tbl>
    <w:p/>
    <w:p>
      <w:r>
        <w:rPr>
          <w:b/>
        </w:rPr>
        <w:t>Importe adjudicado en el periodo: 92.934,80 €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Consejo de Administración de Servicios Comunitarios de Molina S.A. (SERCOMOSA) (NIF A30243976)</w:t>
      </w:r>
    </w:p>
    <w:p>
      <w:r>
        <w:t xml:space="preserve">Muñoz Navarro, Servicio de Arquetas, S.L., con NIF B73352825, adjudicataria del contrato «Suministro de Armarios, Arquetas, Monolitos y Accesorios Auxiliares para ubicación de Contadores de Sercomosa. Número de expediente 0014-26PSU», expediente 0014-26PSU, adjudicado el 30/10/2026 por 39.360,30 €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30/11/2026 a 30/11/2027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Servicios Comunitarios de Molina S.A. (SERCOMOSA) (NIF A30243976)</w:t>
      </w:r>
    </w:p>
    <w:p>
      <w:r>
        <w:t xml:space="preserve">Muñoz Navarro, Servicio de Arquetas, S.L., con NIF B73352825, adjudicataria del contrato «suministro de veinticinco armarios de hormigón para la instalación en su interior de equipos de medición en continuo de la calidad del agua de consumo y toma de muestras en la red municipal de Molina», expediente 0001-26GPSU, adjudicado el 11/03/2026 por 19.875,00 €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27/03/2026 a 27/06/2026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Servicios Comunitarios de Molina S.A. (SERCOMOSA) (NIF A30243976)</w:t>
      </w:r>
    </w:p>
    <w:p>
      <w:r>
        <w:t xml:space="preserve">Muñoz Navarro, Servicio de Arquetas, S.L., con NIF B73352825, adjudicataria del contrato «Suministro de armarios, arquetas, monolitos y accesorios auxiliares para ubicacion de contadores de Sercomosa. Numero de expediente 0006-23PSU», expediente 0006-23psu, adjudicado el 29/11/2023 por 33.699,50 €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29/12/2023 a 29/12/2024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