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MULTISERVEIS NDAVANT, SL</w:t>
      </w:r>
    </w:p>
    <w:p>
      <w:r>
        <w:t>NIF B60579240. Contratos públicos adjudicados en los tres últimos años (servicios), del 03/11/2023 al 03/11/2026,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Segunda prórroga del contrato Servicio de Limpieza de Edificios Principales de la Autoridad Portuaria de Barcelona. Clave de expediente: 2022I070002. Ref. Servicio de Contratación: 2022-00034 · exp. 2026-00292</w:t>
            </w:r>
          </w:p>
        </w:tc>
        <w:tc>
          <w:tcPr>
            <w:tcW w:type="dxa" w:w="1440"/>
          </w:tcPr>
          <w:p>
            <w:r>
              <w:t>Presidencia del Consejo de Administración de la Autoridad Portuaria de Barcelona (PORT DE BARCELONA) · NIF Q0867012G</w:t>
            </w:r>
          </w:p>
        </w:tc>
        <w:tc>
          <w:tcPr>
            <w:tcW w:type="dxa" w:w="1440"/>
          </w:tcPr>
          <w:p>
            <w:r>
              <w:t>382.000,00 €</w:t>
            </w:r>
          </w:p>
        </w:tc>
        <w:tc>
          <w:tcPr>
            <w:tcW w:type="dxa" w:w="1440"/>
          </w:tcPr>
          <w:p>
            <w:r>
              <w:t>18/07/2026</w:t>
            </w:r>
          </w:p>
        </w:tc>
        <w:tc>
          <w:tcPr>
            <w:tcW w:type="dxa" w:w="1440"/>
          </w:tcPr>
          <w:p>
            <w:r>
              <w:t>26/07/2026 – en curso</w:t>
            </w:r>
          </w:p>
        </w:tc>
        <w:tc>
          <w:tcPr>
            <w:tcW w:type="dxa" w:w="1440"/>
          </w:tcPr>
          <w:p>
            <w:r>
              <w:rPr>
                <w:highlight w:val="yellow"/>
              </w:rPr>
              <w:t>rellenar</w:t>
            </w:r>
          </w:p>
        </w:tc>
      </w:tr>
      <w:tr>
        <w:tc>
          <w:tcPr>
            <w:tcW w:type="dxa" w:w="1440"/>
          </w:tcPr>
          <w:p>
            <w:r>
              <w:t>Servicio de Limpieza Integral y Servicios Complementarios en Edificios Administrativos y Sedes Judiciales Adscritos a las Gerencias Territoriales. (lote 5) · exp. ASE/2024/087</w:t>
            </w:r>
          </w:p>
        </w:tc>
        <w:tc>
          <w:tcPr>
            <w:tcW w:type="dxa" w:w="1440"/>
          </w:tcPr>
          <w:p>
            <w:r>
              <w:t>Junta de Contratación de la Secretaría de Estado de Justicia · NIF S2813610I</w:t>
            </w:r>
          </w:p>
        </w:tc>
        <w:tc>
          <w:tcPr>
            <w:tcW w:type="dxa" w:w="1440"/>
          </w:tcPr>
          <w:p>
            <w:r>
              <w:t>733.413,30 €</w:t>
            </w:r>
          </w:p>
        </w:tc>
        <w:tc>
          <w:tcPr>
            <w:tcW w:type="dxa" w:w="1440"/>
          </w:tcPr>
          <w:p>
            <w:r>
              <w:t>05/03/2025</w:t>
            </w:r>
          </w:p>
        </w:tc>
        <w:tc>
          <w:tcPr>
            <w:tcW w:type="dxa" w:w="1440"/>
          </w:tcPr>
          <w:p>
            <w:r>
              <w:t>31/03/2025 – en curso</w:t>
            </w:r>
          </w:p>
        </w:tc>
        <w:tc>
          <w:tcPr>
            <w:tcW w:type="dxa" w:w="1440"/>
          </w:tcPr>
          <w:p>
            <w:r>
              <w:rPr>
                <w:highlight w:val="yellow"/>
              </w:rPr>
              <w:t>rellenar</w:t>
            </w:r>
          </w:p>
        </w:tc>
      </w:tr>
      <w:tr>
        <w:tc>
          <w:tcPr>
            <w:tcW w:type="dxa" w:w="1440"/>
          </w:tcPr>
          <w:p>
            <w:r>
              <w:t>Prorroga servicio de mantenimiento preventivo y correctivo de diversas instalaciones y equipos eléctricos, puertas automáticas y fontanería, mantenimiento de instalaciones de voz y datos y pequeñas reparaciones , mantenimiento de los sistemas de climatización y aire acondicionado en el edificio sede DP INSS del INSS de Pontevedra y sus centros dependientes por un período de 6 meses (lote 1) · exp. 36/PR-286/24(VC-421/23/SE/PAS)</w:t>
            </w:r>
          </w:p>
        </w:tc>
        <w:tc>
          <w:tcPr>
            <w:tcW w:type="dxa" w:w="1440"/>
          </w:tcPr>
          <w:p>
            <w:r>
              <w:t>INSS-Dirección provincial de Pontevedra · NIF Q3619003A</w:t>
            </w:r>
          </w:p>
        </w:tc>
        <w:tc>
          <w:tcPr>
            <w:tcW w:type="dxa" w:w="1440"/>
          </w:tcPr>
          <w:p>
            <w:r>
              <w:t>15.569,40 €</w:t>
            </w:r>
          </w:p>
        </w:tc>
        <w:tc>
          <w:tcPr>
            <w:tcW w:type="dxa" w:w="1440"/>
          </w:tcPr>
          <w:p>
            <w:r>
              <w:t>12/12/2024</w:t>
            </w:r>
          </w:p>
        </w:tc>
        <w:tc>
          <w:tcPr>
            <w:tcW w:type="dxa" w:w="1440"/>
          </w:tcPr>
          <w:p>
            <w:r>
              <w:t>06/02/2025 – 06/08/2025</w:t>
            </w:r>
          </w:p>
        </w:tc>
        <w:tc>
          <w:tcPr>
            <w:tcW w:type="dxa" w:w="1440"/>
          </w:tcPr>
          <w:p>
            <w:r>
              <w:rPr>
                <w:highlight w:val="yellow"/>
              </w:rPr>
              <w:t>rellenar</w:t>
            </w:r>
          </w:p>
        </w:tc>
      </w:tr>
      <w:tr>
        <w:tc>
          <w:tcPr>
            <w:tcW w:type="dxa" w:w="1440"/>
          </w:tcPr>
          <w:p>
            <w:r>
              <w:t>Prorroga servicio de mantenimiento preventivo y correctivo de diversas instalaciones y equipos eléctricos, puertas automáticas y fontanería, mantenimiento de instalaciones de voz y datos y pequeñas reparaciones , mantenimiento de los sistemas de climatización y aire acondicionado en el edificio sede DP INSS del INSS de Pontevedra y sus centros dependientes por un período de 6 meses (lote 2) · exp. 36/PR-286/24(VC-421/23/SE/PAS)</w:t>
            </w:r>
          </w:p>
        </w:tc>
        <w:tc>
          <w:tcPr>
            <w:tcW w:type="dxa" w:w="1440"/>
          </w:tcPr>
          <w:p>
            <w:r>
              <w:t>INSS-Dirección provincial de Pontevedra · NIF Q3619003A</w:t>
            </w:r>
          </w:p>
        </w:tc>
        <w:tc>
          <w:tcPr>
            <w:tcW w:type="dxa" w:w="1440"/>
          </w:tcPr>
          <w:p>
            <w:r>
              <w:t>9.098,28 €</w:t>
            </w:r>
          </w:p>
        </w:tc>
        <w:tc>
          <w:tcPr>
            <w:tcW w:type="dxa" w:w="1440"/>
          </w:tcPr>
          <w:p>
            <w:r>
              <w:t>12/12/2024</w:t>
            </w:r>
          </w:p>
        </w:tc>
        <w:tc>
          <w:tcPr>
            <w:tcW w:type="dxa" w:w="1440"/>
          </w:tcPr>
          <w:p>
            <w:r>
              <w:t>06/02/2025 – 06/08/2025</w:t>
            </w:r>
          </w:p>
        </w:tc>
        <w:tc>
          <w:tcPr>
            <w:tcW w:type="dxa" w:w="1440"/>
          </w:tcPr>
          <w:p>
            <w:r>
              <w:rPr>
                <w:highlight w:val="yellow"/>
              </w:rPr>
              <w:t>rellenar</w:t>
            </w:r>
          </w:p>
        </w:tc>
      </w:tr>
      <w:tr>
        <w:tc>
          <w:tcPr>
            <w:tcW w:type="dxa" w:w="1440"/>
          </w:tcPr>
          <w:p>
            <w:r>
              <w:t>Servicio de mantenimiento preventivo y correctivo de las instalaciones y equipos eléctricos, puertas automáticas y fontanería, mantenimiento correctivo de instalaciones de voz y datos y pequeñas reparaciones y mantenimiento sistemas climatización y aire acondicionado en edificio sede DP INSS de Pontevedra y sus centros dependientes. Año 2024. (lote 1) · exp. 36/VC-421/23/SE/PAS</w:t>
            </w:r>
          </w:p>
        </w:tc>
        <w:tc>
          <w:tcPr>
            <w:tcW w:type="dxa" w:w="1440"/>
          </w:tcPr>
          <w:p>
            <w:r>
              <w:t>INSS-Dirección provincial de Pontevedra · NIF Q3619003A</w:t>
            </w:r>
          </w:p>
        </w:tc>
        <w:tc>
          <w:tcPr>
            <w:tcW w:type="dxa" w:w="1440"/>
          </w:tcPr>
          <w:p>
            <w:r>
              <w:t>31.138,80 €</w:t>
            </w:r>
          </w:p>
        </w:tc>
        <w:tc>
          <w:tcPr>
            <w:tcW w:type="dxa" w:w="1440"/>
          </w:tcPr>
          <w:p>
            <w:r>
              <w:t>04/01/2024</w:t>
            </w:r>
          </w:p>
        </w:tc>
        <w:tc>
          <w:tcPr>
            <w:tcW w:type="dxa" w:w="1440"/>
          </w:tcPr>
          <w:p>
            <w:r>
              <w:t>06/02/2024 – 06/02/2025</w:t>
            </w:r>
          </w:p>
        </w:tc>
        <w:tc>
          <w:tcPr>
            <w:tcW w:type="dxa" w:w="1440"/>
          </w:tcPr>
          <w:p>
            <w:r>
              <w:rPr>
                <w:highlight w:val="yellow"/>
              </w:rPr>
              <w:t>rellenar</w:t>
            </w:r>
          </w:p>
        </w:tc>
      </w:tr>
      <w:tr>
        <w:tc>
          <w:tcPr>
            <w:tcW w:type="dxa" w:w="1440"/>
          </w:tcPr>
          <w:p>
            <w:r>
              <w:t>Servicio de mantenimiento preventivo y correctivo de las instalaciones y equipos eléctricos, puertas automáticas y fontanería, mantenimiento correctivo de instalaciones de voz y datos y pequeñas reparaciones y mantenimiento sistemas climatización y aire acondicionado en edificio sede DP INSS de Pontevedra y sus centros dependientes. Año 2024. (lote 2) · exp. 36/VC-421/23/SE/PAS</w:t>
            </w:r>
          </w:p>
        </w:tc>
        <w:tc>
          <w:tcPr>
            <w:tcW w:type="dxa" w:w="1440"/>
          </w:tcPr>
          <w:p>
            <w:r>
              <w:t>INSS-Dirección provincial de Pontevedra · NIF Q3619003A</w:t>
            </w:r>
          </w:p>
        </w:tc>
        <w:tc>
          <w:tcPr>
            <w:tcW w:type="dxa" w:w="1440"/>
          </w:tcPr>
          <w:p>
            <w:r>
              <w:t>18.196,56 €</w:t>
            </w:r>
          </w:p>
        </w:tc>
        <w:tc>
          <w:tcPr>
            <w:tcW w:type="dxa" w:w="1440"/>
          </w:tcPr>
          <w:p>
            <w:r>
              <w:t>04/01/2024</w:t>
            </w:r>
          </w:p>
        </w:tc>
        <w:tc>
          <w:tcPr>
            <w:tcW w:type="dxa" w:w="1440"/>
          </w:tcPr>
          <w:p>
            <w:r>
              <w:t>06/02/2024 – 06/02/2025</w:t>
            </w:r>
          </w:p>
        </w:tc>
        <w:tc>
          <w:tcPr>
            <w:tcW w:type="dxa" w:w="1440"/>
          </w:tcPr>
          <w:p>
            <w:r>
              <w:rPr>
                <w:highlight w:val="yellow"/>
              </w:rPr>
              <w:t>rellenar</w:t>
            </w:r>
          </w:p>
        </w:tc>
      </w:tr>
      <w:tr>
        <w:tc>
          <w:tcPr>
            <w:tcW w:type="dxa" w:w="1440"/>
          </w:tcPr>
          <w:p>
            <w:r>
              <w:t>Limpieza y reposición de contenedores higiénico-sanitarios en los equipamientos adscritos al Distrito de Tetuán · exp. 300/2022/00589</w:t>
            </w:r>
          </w:p>
        </w:tc>
        <w:tc>
          <w:tcPr>
            <w:tcW w:type="dxa" w:w="1440"/>
          </w:tcPr>
          <w:p>
            <w:r>
              <w:t>Distrito de Tetuán · NIF P2807900B</w:t>
            </w:r>
          </w:p>
        </w:tc>
        <w:tc>
          <w:tcPr>
            <w:tcW w:type="dxa" w:w="1440"/>
          </w:tcPr>
          <w:p>
            <w:r>
              <w:t>3.165.126,48 €</w:t>
            </w:r>
          </w:p>
        </w:tc>
        <w:tc>
          <w:tcPr>
            <w:tcW w:type="dxa" w:w="1440"/>
          </w:tcPr>
          <w:p>
            <w:r>
              <w:t>08/06/2023</w:t>
            </w:r>
          </w:p>
        </w:tc>
        <w:tc>
          <w:tcPr>
            <w:tcW w:type="dxa" w:w="1440"/>
          </w:tcPr>
          <w:p>
            <w:r>
              <w:t>05/07/2023 – 05/07/2025</w:t>
            </w:r>
          </w:p>
        </w:tc>
        <w:tc>
          <w:tcPr>
            <w:tcW w:type="dxa" w:w="1440"/>
          </w:tcPr>
          <w:p>
            <w:r>
              <w:rPr>
                <w:highlight w:val="yellow"/>
              </w:rPr>
              <w:t>rellenar</w:t>
            </w:r>
          </w:p>
        </w:tc>
      </w:tr>
      <w:tr>
        <w:tc>
          <w:tcPr>
            <w:tcW w:type="dxa" w:w="1440"/>
          </w:tcPr>
          <w:p>
            <w:r>
              <w:t>Servicio de limpieza interior integral de los edificios de la Universitat Politècnica de València (lote 2) · exp. MY22/VDSC/SE/85</w:t>
            </w:r>
          </w:p>
        </w:tc>
        <w:tc>
          <w:tcPr>
            <w:tcW w:type="dxa" w:w="1440"/>
          </w:tcPr>
          <w:p>
            <w:r>
              <w:t>Universitat Politècnica de València · NIF Q4618002B</w:t>
            </w:r>
          </w:p>
        </w:tc>
        <w:tc>
          <w:tcPr>
            <w:tcW w:type="dxa" w:w="1440"/>
          </w:tcPr>
          <w:p>
            <w:r>
              <w:t>5.545.455,00 €</w:t>
            </w:r>
          </w:p>
        </w:tc>
        <w:tc>
          <w:tcPr>
            <w:tcW w:type="dxa" w:w="1440"/>
          </w:tcPr>
          <w:p>
            <w:r>
              <w:t>29/05/2023</w:t>
            </w:r>
          </w:p>
        </w:tc>
        <w:tc>
          <w:tcPr>
            <w:tcW w:type="dxa" w:w="1440"/>
          </w:tcPr>
          <w:p>
            <w:r>
              <w:t>27/06/2023 – 27/06/2025</w:t>
            </w:r>
          </w:p>
        </w:tc>
        <w:tc>
          <w:tcPr>
            <w:tcW w:type="dxa" w:w="1440"/>
          </w:tcPr>
          <w:p>
            <w:r>
              <w:rPr>
                <w:highlight w:val="yellow"/>
              </w:rPr>
              <w:t>rellenar</w:t>
            </w:r>
          </w:p>
        </w:tc>
      </w:tr>
      <w:tr>
        <w:tc>
          <w:tcPr>
            <w:tcW w:type="dxa" w:w="1440"/>
          </w:tcPr>
          <w:p>
            <w:r>
              <w:t>Servei de neteja i serveis complementaris de centres (lote 3) · exp. CEB-2022-4</w:t>
            </w:r>
          </w:p>
        </w:tc>
        <w:tc>
          <w:tcPr>
            <w:tcW w:type="dxa" w:w="1440"/>
          </w:tcPr>
          <w:p>
            <w:r>
              <w:t>Consorci d'Educació de Barcelona</w:t>
            </w:r>
          </w:p>
        </w:tc>
        <w:tc>
          <w:tcPr>
            <w:tcW w:type="dxa" w:w="1440"/>
          </w:tcPr>
          <w:p>
            <w:r>
              <w:t>7.267.395,14 €</w:t>
            </w:r>
          </w:p>
        </w:tc>
        <w:tc>
          <w:tcPr>
            <w:tcW w:type="dxa" w:w="1440"/>
          </w:tcPr>
          <w:p>
            <w:r/>
          </w:p>
        </w:tc>
        <w:tc>
          <w:tcPr>
            <w:tcW w:type="dxa" w:w="1440"/>
          </w:tcPr>
          <w:p>
            <w:r>
              <w:t>25/02/2022 – 25/02/2024</w:t>
            </w:r>
          </w:p>
        </w:tc>
        <w:tc>
          <w:tcPr>
            <w:tcW w:type="dxa" w:w="1440"/>
          </w:tcPr>
          <w:p>
            <w:r>
              <w:rPr>
                <w:highlight w:val="yellow"/>
              </w:rPr>
              <w:t>rellenar</w:t>
            </w:r>
          </w:p>
        </w:tc>
      </w:tr>
      <w:tr>
        <w:tc>
          <w:tcPr>
            <w:tcW w:type="dxa" w:w="1440"/>
          </w:tcPr>
          <w:p>
            <w:r>
              <w:t>Servei de neteja i desinfecció dels edificis, dependencies i locals municipals de l'Ajuntament d'Esplugues de Llobregat · exp. 2020/11542/1408</w:t>
            </w:r>
          </w:p>
        </w:tc>
        <w:tc>
          <w:tcPr>
            <w:tcW w:type="dxa" w:w="1440"/>
          </w:tcPr>
          <w:p>
            <w:r>
              <w:t>Ajuntament d'Esplugues de Llobregat</w:t>
            </w:r>
          </w:p>
        </w:tc>
        <w:tc>
          <w:tcPr>
            <w:tcW w:type="dxa" w:w="1440"/>
          </w:tcPr>
          <w:p>
            <w:r>
              <w:t>4.131.159,39 €</w:t>
            </w:r>
          </w:p>
        </w:tc>
        <w:tc>
          <w:tcPr>
            <w:tcW w:type="dxa" w:w="1440"/>
          </w:tcPr>
          <w:p>
            <w:r/>
          </w:p>
        </w:tc>
        <w:tc>
          <w:tcPr>
            <w:tcW w:type="dxa" w:w="1440"/>
          </w:tcPr>
          <w:p>
            <w:r>
              <w:t>03/06/2021 – 03/06/2024</w:t>
            </w:r>
          </w:p>
        </w:tc>
        <w:tc>
          <w:tcPr>
            <w:tcW w:type="dxa" w:w="1440"/>
          </w:tcPr>
          <w:p>
            <w:r>
              <w:rPr>
                <w:highlight w:val="yellow"/>
              </w:rPr>
              <w:t>rellenar</w:t>
            </w:r>
          </w:p>
        </w:tc>
      </w:tr>
      <w:tr>
        <w:tc>
          <w:tcPr>
            <w:tcW w:type="dxa" w:w="1440"/>
          </w:tcPr>
          <w:p>
            <w:r>
              <w:t>Serveis de neteja i desinfecció de dependències, i neteja d'espais interiors i exteriors dels centres municipals de l'Ajuntament de Terrassa i dels centres públics d'ensenyament d'educació i altres que depenen del Servei d'Educació. (lote 2) · exp. ECAS 4627/2020</w:t>
            </w:r>
          </w:p>
        </w:tc>
        <w:tc>
          <w:tcPr>
            <w:tcW w:type="dxa" w:w="1440"/>
          </w:tcPr>
          <w:p>
            <w:r>
              <w:t>Ajuntament de Terrassa</w:t>
            </w:r>
          </w:p>
        </w:tc>
        <w:tc>
          <w:tcPr>
            <w:tcW w:type="dxa" w:w="1440"/>
          </w:tcPr>
          <w:p>
            <w:r>
              <w:t>7.260.647,76 €</w:t>
            </w:r>
          </w:p>
        </w:tc>
        <w:tc>
          <w:tcPr>
            <w:tcW w:type="dxa" w:w="1440"/>
          </w:tcPr>
          <w:p>
            <w:r/>
          </w:p>
        </w:tc>
        <w:tc>
          <w:tcPr>
            <w:tcW w:type="dxa" w:w="1440"/>
          </w:tcPr>
          <w:p>
            <w:r>
              <w:t>01/01/2021 – 01/01/2024</w:t>
            </w:r>
          </w:p>
        </w:tc>
        <w:tc>
          <w:tcPr>
            <w:tcW w:type="dxa" w:w="1440"/>
          </w:tcPr>
          <w:p>
            <w:r>
              <w:rPr>
                <w:highlight w:val="yellow"/>
              </w:rPr>
              <w:t>rellenar</w:t>
            </w:r>
          </w:p>
        </w:tc>
      </w:tr>
      <w:tr>
        <w:tc>
          <w:tcPr>
            <w:tcW w:type="dxa" w:w="1440"/>
          </w:tcPr>
          <w:p>
            <w:r>
              <w:t>EMERGÈNCIA - Servei de neteja de final d'obra i el posterior manteniment higiènic diari dels mòduls instal·lats a la finca Torreferrussa per atendre necessitats derivades del dispositiu de control de la pesta porcina africana dimensionats d'acord a les necessitats que se'n deriven de la Resolució ARP/709/2026, de 12 de març, per la qual es declara un nou focus de pesta porcina africana (PPA) i es modifica la Resolució ARP/4435/2025, de 29 de novembre · exp. IT-2026-930</w:t>
            </w:r>
          </w:p>
        </w:tc>
        <w:tc>
          <w:tcPr>
            <w:tcW w:type="dxa" w:w="1440"/>
          </w:tcPr>
          <w:p>
            <w:r>
              <w:t>Departament d'Interior i Seguretat Pública</w:t>
            </w:r>
          </w:p>
        </w:tc>
        <w:tc>
          <w:tcPr>
            <w:tcW w:type="dxa" w:w="1440"/>
          </w:tcPr>
          <w:p>
            <w:r>
              <w:t>23.602,77 €</w:t>
            </w:r>
          </w:p>
        </w:tc>
        <w:tc>
          <w:tcPr>
            <w:tcW w:type="dxa" w:w="1440"/>
          </w:tcPr>
          <w:p>
            <w:r/>
          </w:p>
        </w:tc>
        <w:tc>
          <w:tcPr>
            <w:tcW w:type="dxa" w:w="1440"/>
          </w:tcPr>
          <w:p>
            <w:r>
              <w:t>21/04/2026 – en curso</w:t>
            </w:r>
          </w:p>
        </w:tc>
        <w:tc>
          <w:tcPr>
            <w:tcW w:type="dxa" w:w="1440"/>
          </w:tcPr>
          <w:p>
            <w:r>
              <w:rPr>
                <w:highlight w:val="yellow"/>
              </w:rPr>
              <w:t>rellenar</w:t>
            </w:r>
          </w:p>
        </w:tc>
      </w:tr>
      <w:tr>
        <w:tc>
          <w:tcPr>
            <w:tcW w:type="dxa" w:w="1440"/>
          </w:tcPr>
          <w:p>
            <w:r>
              <w:t>Servicio de limpieza del centro INS Escola d'Hoteleria i Turisme de Barcelona · exp. 08044934-2026-006</w:t>
            </w:r>
          </w:p>
        </w:tc>
        <w:tc>
          <w:tcPr>
            <w:tcW w:type="dxa" w:w="1440"/>
          </w:tcPr>
          <w:p>
            <w:r>
              <w:t>Centres educatius Barcelona ciutat - Consorci d'Educació de Barcelona</w:t>
            </w:r>
          </w:p>
        </w:tc>
        <w:tc>
          <w:tcPr>
            <w:tcW w:type="dxa" w:w="1440"/>
          </w:tcPr>
          <w:p>
            <w:r>
              <w:t>160.078,20 €</w:t>
            </w:r>
          </w:p>
        </w:tc>
        <w:tc>
          <w:tcPr>
            <w:tcW w:type="dxa" w:w="1440"/>
          </w:tcPr>
          <w:p>
            <w:r/>
          </w:p>
        </w:tc>
        <w:tc>
          <w:tcPr>
            <w:tcW w:type="dxa" w:w="1440"/>
          </w:tcPr>
          <w:p>
            <w:r>
              <w:t>15/10/2026 – en curso</w:t>
            </w:r>
          </w:p>
        </w:tc>
        <w:tc>
          <w:tcPr>
            <w:tcW w:type="dxa" w:w="1440"/>
          </w:tcPr>
          <w:p>
            <w:r>
              <w:rPr>
                <w:highlight w:val="yellow"/>
              </w:rPr>
              <w:t>rellenar</w:t>
            </w:r>
          </w:p>
        </w:tc>
      </w:tr>
      <w:tr>
        <w:tc>
          <w:tcPr>
            <w:tcW w:type="dxa" w:w="1440"/>
          </w:tcPr>
          <w:p>
            <w:r>
              <w:t>servicio de limpieza del centro Institut Francisco de Goya · exp. 08052724-2026-001</w:t>
            </w:r>
          </w:p>
        </w:tc>
        <w:tc>
          <w:tcPr>
            <w:tcW w:type="dxa" w:w="1440"/>
          </w:tcPr>
          <w:p>
            <w:r>
              <w:t>Centres educatius Barcelona ciutat - Consorci d'Educació de Barcelona</w:t>
            </w:r>
          </w:p>
        </w:tc>
        <w:tc>
          <w:tcPr>
            <w:tcW w:type="dxa" w:w="1440"/>
          </w:tcPr>
          <w:p>
            <w:r>
              <w:t>62.645,40 €</w:t>
            </w:r>
          </w:p>
        </w:tc>
        <w:tc>
          <w:tcPr>
            <w:tcW w:type="dxa" w:w="1440"/>
          </w:tcPr>
          <w:p>
            <w:r/>
          </w:p>
        </w:tc>
        <w:tc>
          <w:tcPr>
            <w:tcW w:type="dxa" w:w="1440"/>
          </w:tcPr>
          <w:p>
            <w:r>
              <w:t>07/07/2026 – en curso</w:t>
            </w:r>
          </w:p>
        </w:tc>
        <w:tc>
          <w:tcPr>
            <w:tcW w:type="dxa" w:w="1440"/>
          </w:tcPr>
          <w:p>
            <w:r>
              <w:rPr>
                <w:highlight w:val="yellow"/>
              </w:rPr>
              <w:t>rellenar</w:t>
            </w:r>
          </w:p>
        </w:tc>
      </w:tr>
      <w:tr>
        <w:tc>
          <w:tcPr>
            <w:tcW w:type="dxa" w:w="1440"/>
          </w:tcPr>
          <w:p>
            <w:r>
              <w:t>EMERGÈNCIA per al'increment del servei de neteja a partir de març de 2026 dels edificis, locals i dependències de la Direcció General dels Agents Rurals, per atendre necessitats derivades del dispositiu de control del brot de pesta porcina africana detectat a la serra de Collserola · exp. IT-2026-371</w:t>
            </w:r>
          </w:p>
        </w:tc>
        <w:tc>
          <w:tcPr>
            <w:tcW w:type="dxa" w:w="1440"/>
          </w:tcPr>
          <w:p>
            <w:r>
              <w:t>Departament d'Interior i Seguretat Pública</w:t>
            </w:r>
          </w:p>
        </w:tc>
        <w:tc>
          <w:tcPr>
            <w:tcW w:type="dxa" w:w="1440"/>
          </w:tcPr>
          <w:p>
            <w:r>
              <w:t>23.973,84 €</w:t>
            </w:r>
          </w:p>
        </w:tc>
        <w:tc>
          <w:tcPr>
            <w:tcW w:type="dxa" w:w="1440"/>
          </w:tcPr>
          <w:p>
            <w:r/>
          </w:p>
        </w:tc>
        <w:tc>
          <w:tcPr>
            <w:tcW w:type="dxa" w:w="1440"/>
          </w:tcPr>
          <w:p>
            <w:r>
              <w:t>01/03/2026 – en curso</w:t>
            </w:r>
          </w:p>
        </w:tc>
        <w:tc>
          <w:tcPr>
            <w:tcW w:type="dxa" w:w="1440"/>
          </w:tcPr>
          <w:p>
            <w:r>
              <w:rPr>
                <w:highlight w:val="yellow"/>
              </w:rPr>
              <w:t>rellenar</w:t>
            </w:r>
          </w:p>
        </w:tc>
      </w:tr>
      <w:tr>
        <w:tc>
          <w:tcPr>
            <w:tcW w:type="dxa" w:w="1440"/>
          </w:tcPr>
          <w:p>
            <w:r>
              <w:t>Servei de Neteja d’Estacions, Trens i Dependències de de la Xarxa Convencional de Metro, L9 (Nord i Sud) i L10, Funicular, Telefèric i Tramvia Blau (lote 2) · exp. 16116805</w:t>
            </w:r>
          </w:p>
        </w:tc>
        <w:tc>
          <w:tcPr>
            <w:tcW w:type="dxa" w:w="1440"/>
          </w:tcPr>
          <w:p>
            <w:r>
              <w:t>Ferrocarril Metropolità de Barcelona, SA</w:t>
            </w:r>
          </w:p>
        </w:tc>
        <w:tc>
          <w:tcPr>
            <w:tcW w:type="dxa" w:w="1440"/>
          </w:tcPr>
          <w:p>
            <w:r>
              <w:t>20.737.934,88 €</w:t>
            </w:r>
          </w:p>
        </w:tc>
        <w:tc>
          <w:tcPr>
            <w:tcW w:type="dxa" w:w="1440"/>
          </w:tcPr>
          <w:p>
            <w:r/>
          </w:p>
        </w:tc>
        <w:tc>
          <w:tcPr>
            <w:tcW w:type="dxa" w:w="1440"/>
          </w:tcPr>
          <w:p>
            <w:r>
              <w:t>29/06/2026 – en curso</w:t>
            </w:r>
          </w:p>
        </w:tc>
        <w:tc>
          <w:tcPr>
            <w:tcW w:type="dxa" w:w="1440"/>
          </w:tcPr>
          <w:p>
            <w:r>
              <w:rPr>
                <w:highlight w:val="yellow"/>
              </w:rPr>
              <w:t>rellenar</w:t>
            </w:r>
          </w:p>
        </w:tc>
      </w:tr>
      <w:tr>
        <w:tc>
          <w:tcPr>
            <w:tcW w:type="dxa" w:w="1440"/>
          </w:tcPr>
          <w:p>
            <w:r>
              <w:t>Servei de Neteja d’Estacions, Trens i Dependències de de la Xarxa Convencional de Metro, L9 (Nord i Sud) i L10, Funicular, Telefèric i Tramvia Blau (lote 3) · exp. 16116805</w:t>
            </w:r>
          </w:p>
        </w:tc>
        <w:tc>
          <w:tcPr>
            <w:tcW w:type="dxa" w:w="1440"/>
          </w:tcPr>
          <w:p>
            <w:r>
              <w:t>Ferrocarril Metropolità de Barcelona, SA</w:t>
            </w:r>
          </w:p>
        </w:tc>
        <w:tc>
          <w:tcPr>
            <w:tcW w:type="dxa" w:w="1440"/>
          </w:tcPr>
          <w:p>
            <w:r>
              <w:t>22.313.986,09 €</w:t>
            </w:r>
          </w:p>
        </w:tc>
        <w:tc>
          <w:tcPr>
            <w:tcW w:type="dxa" w:w="1440"/>
          </w:tcPr>
          <w:p>
            <w:r/>
          </w:p>
        </w:tc>
        <w:tc>
          <w:tcPr>
            <w:tcW w:type="dxa" w:w="1440"/>
          </w:tcPr>
          <w:p>
            <w:r>
              <w:t>29/06/2026 – en curso</w:t>
            </w:r>
          </w:p>
        </w:tc>
        <w:tc>
          <w:tcPr>
            <w:tcW w:type="dxa" w:w="1440"/>
          </w:tcPr>
          <w:p>
            <w:r>
              <w:rPr>
                <w:highlight w:val="yellow"/>
              </w:rPr>
              <w:t>rellenar</w:t>
            </w:r>
          </w:p>
        </w:tc>
      </w:tr>
      <w:tr>
        <w:tc>
          <w:tcPr>
            <w:tcW w:type="dxa" w:w="1440"/>
          </w:tcPr>
          <w:p>
            <w:r>
              <w:t>Servei de Neteja d’Estacions, Trens i Dependències de de la Xarxa Convencional de Metro, L9 (Nord i Sud) i L10, Funicular, Telefèric i Tramvia Blau (lote 5) · exp. 16116805</w:t>
            </w:r>
          </w:p>
        </w:tc>
        <w:tc>
          <w:tcPr>
            <w:tcW w:type="dxa" w:w="1440"/>
          </w:tcPr>
          <w:p>
            <w:r>
              <w:t>Ferrocarril Metropolità de Barcelona, SA</w:t>
            </w:r>
          </w:p>
        </w:tc>
        <w:tc>
          <w:tcPr>
            <w:tcW w:type="dxa" w:w="1440"/>
          </w:tcPr>
          <w:p>
            <w:r>
              <w:t>37.431.905,67 €</w:t>
            </w:r>
          </w:p>
        </w:tc>
        <w:tc>
          <w:tcPr>
            <w:tcW w:type="dxa" w:w="1440"/>
          </w:tcPr>
          <w:p>
            <w:r/>
          </w:p>
        </w:tc>
        <w:tc>
          <w:tcPr>
            <w:tcW w:type="dxa" w:w="1440"/>
          </w:tcPr>
          <w:p>
            <w:r>
              <w:t>29/06/2026 – en curso</w:t>
            </w:r>
          </w:p>
        </w:tc>
        <w:tc>
          <w:tcPr>
            <w:tcW w:type="dxa" w:w="1440"/>
          </w:tcPr>
          <w:p>
            <w:r>
              <w:rPr>
                <w:highlight w:val="yellow"/>
              </w:rPr>
              <w:t>rellenar</w:t>
            </w:r>
          </w:p>
        </w:tc>
      </w:tr>
      <w:tr>
        <w:tc>
          <w:tcPr>
            <w:tcW w:type="dxa" w:w="1440"/>
          </w:tcPr>
          <w:p>
            <w:r>
              <w:t>Servei de rentat i esterilització de material de laboratori del Centre de Regulació Genòmica (CRG). · exp. CRG02/26</w:t>
            </w:r>
          </w:p>
        </w:tc>
        <w:tc>
          <w:tcPr>
            <w:tcW w:type="dxa" w:w="1440"/>
          </w:tcPr>
          <w:p>
            <w:r>
              <w:t>Fundació Centre de Regulació Genòmica</w:t>
            </w:r>
          </w:p>
        </w:tc>
        <w:tc>
          <w:tcPr>
            <w:tcW w:type="dxa" w:w="1440"/>
          </w:tcPr>
          <w:p>
            <w:r>
              <w:t>171.270,92 €</w:t>
            </w:r>
          </w:p>
        </w:tc>
        <w:tc>
          <w:tcPr>
            <w:tcW w:type="dxa" w:w="1440"/>
          </w:tcPr>
          <w:p>
            <w:r/>
          </w:p>
        </w:tc>
        <w:tc>
          <w:tcPr>
            <w:tcW w:type="dxa" w:w="1440"/>
          </w:tcPr>
          <w:p>
            <w:r>
              <w:t>30/04/2026 – en curso</w:t>
            </w:r>
          </w:p>
        </w:tc>
        <w:tc>
          <w:tcPr>
            <w:tcW w:type="dxa" w:w="1440"/>
          </w:tcPr>
          <w:p>
            <w:r>
              <w:rPr>
                <w:highlight w:val="yellow"/>
              </w:rPr>
              <w:t>rellenar</w:t>
            </w:r>
          </w:p>
        </w:tc>
      </w:tr>
      <w:tr>
        <w:tc>
          <w:tcPr>
            <w:tcW w:type="dxa" w:w="1440"/>
          </w:tcPr>
          <w:p>
            <w:r>
              <w:t>serveis de neteja respectuosos amb el medi ambient, mitjançant procediment basat en l'Acord marc dels serveis de neteja (CCS 2022 1), en els edificis, locals i dependències de l'Àrea Regional de Lleida (Àrea Bàsica (AB) de Pla de l'Urgell i Segrià, AB Noguera, Nau de Balaguer, AB Urgell, Sitja de Lleida) · exp. IT-2026-62</w:t>
            </w:r>
          </w:p>
        </w:tc>
        <w:tc>
          <w:tcPr>
            <w:tcW w:type="dxa" w:w="1440"/>
          </w:tcPr>
          <w:p>
            <w:r>
              <w:t>Departament d'Interior i Seguretat Pública</w:t>
            </w:r>
          </w:p>
        </w:tc>
        <w:tc>
          <w:tcPr>
            <w:tcW w:type="dxa" w:w="1440"/>
          </w:tcPr>
          <w:p>
            <w:r>
              <w:t>64.033,24 €</w:t>
            </w:r>
          </w:p>
        </w:tc>
        <w:tc>
          <w:tcPr>
            <w:tcW w:type="dxa" w:w="1440"/>
          </w:tcPr>
          <w:p>
            <w:r/>
          </w:p>
        </w:tc>
        <w:tc>
          <w:tcPr>
            <w:tcW w:type="dxa" w:w="1440"/>
          </w:tcPr>
          <w:p>
            <w:r>
              <w:t>08/01/2026 – en curso</w:t>
            </w:r>
          </w:p>
        </w:tc>
        <w:tc>
          <w:tcPr>
            <w:tcW w:type="dxa" w:w="1440"/>
          </w:tcPr>
          <w:p>
            <w:r>
              <w:rPr>
                <w:highlight w:val="yellow"/>
              </w:rPr>
              <w:t>rellenar</w:t>
            </w:r>
          </w:p>
        </w:tc>
      </w:tr>
      <w:tr>
        <w:tc>
          <w:tcPr>
            <w:tcW w:type="dxa" w:w="1440"/>
          </w:tcPr>
          <w:p>
            <w:r>
              <w:t>La contractació té per objecte prestar el servei de neteja dels espais del centre educatiu. La neteja de l'Institut Eugeni d’Ors de Vilafranca del Penedès consisteix a treure la brutícia i fer nets l’edifici escolar, les instal·lacions i els equipaments. · exp. 08031459/2025/15</w:t>
            </w:r>
          </w:p>
        </w:tc>
        <w:tc>
          <w:tcPr>
            <w:tcW w:type="dxa" w:w="1440"/>
          </w:tcPr>
          <w:p>
            <w:r>
              <w:t>Departament d'Educació i Formació Professional</w:t>
            </w:r>
          </w:p>
        </w:tc>
        <w:tc>
          <w:tcPr>
            <w:tcW w:type="dxa" w:w="1440"/>
          </w:tcPr>
          <w:p>
            <w:r>
              <w:t>102.994,56 €</w:t>
            </w:r>
          </w:p>
        </w:tc>
        <w:tc>
          <w:tcPr>
            <w:tcW w:type="dxa" w:w="1440"/>
          </w:tcPr>
          <w:p>
            <w:r/>
          </w:p>
        </w:tc>
        <w:tc>
          <w:tcPr>
            <w:tcW w:type="dxa" w:w="1440"/>
          </w:tcPr>
          <w:p>
            <w:r>
              <w:t>03/02/2026 – en curso</w:t>
            </w:r>
          </w:p>
        </w:tc>
        <w:tc>
          <w:tcPr>
            <w:tcW w:type="dxa" w:w="1440"/>
          </w:tcPr>
          <w:p>
            <w:r>
              <w:rPr>
                <w:highlight w:val="yellow"/>
              </w:rPr>
              <w:t>rellenar</w:t>
            </w:r>
          </w:p>
        </w:tc>
      </w:tr>
      <w:tr>
        <w:tc>
          <w:tcPr>
            <w:tcW w:type="dxa" w:w="1440"/>
          </w:tcPr>
          <w:p>
            <w:r>
              <w:t>Serveis de neteja mitjançant procediment basat en l'Acord Marc (CCS 2022 1) en els edificis, locals i dependències del Cos d'Agents Rurals del Cos d'Agents Rurals del Departament d'Interior i Seguretat Pública de la Generalitat de Catalunya, dividit en 11 lots per a l'any 2026 (lote 1) · exp. IT-2026-21</w:t>
            </w:r>
          </w:p>
        </w:tc>
        <w:tc>
          <w:tcPr>
            <w:tcW w:type="dxa" w:w="1440"/>
          </w:tcPr>
          <w:p>
            <w:r>
              <w:t>Departament d'Interior i Seguretat Pública</w:t>
            </w:r>
          </w:p>
        </w:tc>
        <w:tc>
          <w:tcPr>
            <w:tcW w:type="dxa" w:w="1440"/>
          </w:tcPr>
          <w:p>
            <w:r>
              <w:t>43.247,57 €</w:t>
            </w:r>
          </w:p>
        </w:tc>
        <w:tc>
          <w:tcPr>
            <w:tcW w:type="dxa" w:w="1440"/>
          </w:tcPr>
          <w:p>
            <w:r/>
          </w:p>
        </w:tc>
        <w:tc>
          <w:tcPr>
            <w:tcW w:type="dxa" w:w="1440"/>
          </w:tcPr>
          <w:p>
            <w:r>
              <w:t>13/11/2025 – en curso</w:t>
            </w:r>
          </w:p>
        </w:tc>
        <w:tc>
          <w:tcPr>
            <w:tcW w:type="dxa" w:w="1440"/>
          </w:tcPr>
          <w:p>
            <w:r>
              <w:rPr>
                <w:highlight w:val="yellow"/>
              </w:rPr>
              <w:t>rellenar</w:t>
            </w:r>
          </w:p>
        </w:tc>
      </w:tr>
      <w:tr>
        <w:tc>
          <w:tcPr>
            <w:tcW w:type="dxa" w:w="1440"/>
          </w:tcPr>
          <w:p>
            <w:r>
              <w:t>Serveis de neteja mitjançant procediment basat en l'Acord Marc (CCS 2022 1) en els edificis, locals i dependències del Cos d'Agents Rurals del Cos d'Agents Rurals del Departament d'Interior i Seguretat Pública de la Generalitat de Catalunya, dividit en 11 lots per a l'any 2026 (lote 11) · exp. IT-2026-21</w:t>
            </w:r>
          </w:p>
        </w:tc>
        <w:tc>
          <w:tcPr>
            <w:tcW w:type="dxa" w:w="1440"/>
          </w:tcPr>
          <w:p>
            <w:r>
              <w:t>Departament d'Interior i Seguretat Pública</w:t>
            </w:r>
          </w:p>
        </w:tc>
        <w:tc>
          <w:tcPr>
            <w:tcW w:type="dxa" w:w="1440"/>
          </w:tcPr>
          <w:p>
            <w:r>
              <w:t>87.992,52 €</w:t>
            </w:r>
          </w:p>
        </w:tc>
        <w:tc>
          <w:tcPr>
            <w:tcW w:type="dxa" w:w="1440"/>
          </w:tcPr>
          <w:p>
            <w:r/>
          </w:p>
        </w:tc>
        <w:tc>
          <w:tcPr>
            <w:tcW w:type="dxa" w:w="1440"/>
          </w:tcPr>
          <w:p>
            <w:r>
              <w:t>13/11/2025 – en curso</w:t>
            </w:r>
          </w:p>
        </w:tc>
        <w:tc>
          <w:tcPr>
            <w:tcW w:type="dxa" w:w="1440"/>
          </w:tcPr>
          <w:p>
            <w:r>
              <w:rPr>
                <w:highlight w:val="yellow"/>
              </w:rPr>
              <w:t>rellenar</w:t>
            </w:r>
          </w:p>
        </w:tc>
      </w:tr>
      <w:tr>
        <w:tc>
          <w:tcPr>
            <w:tcW w:type="dxa" w:w="1440"/>
          </w:tcPr>
          <w:p>
            <w:r>
              <w:t>Serveis de neteja mitjançant procediment basat en l'Acord Marc (CCS 2022 1) en els edificis, locals i dependències del Cos d'Agents Rurals del Cos d'Agents Rurals del Departament d'Interior i Seguretat Pública de la Generalitat de Catalunya, dividit en 11 lots per a l'any 2026 (lote 7) · exp. IT-2026-21</w:t>
            </w:r>
          </w:p>
        </w:tc>
        <w:tc>
          <w:tcPr>
            <w:tcW w:type="dxa" w:w="1440"/>
          </w:tcPr>
          <w:p>
            <w:r>
              <w:t>Departament d'Interior i Seguretat Pública</w:t>
            </w:r>
          </w:p>
        </w:tc>
        <w:tc>
          <w:tcPr>
            <w:tcW w:type="dxa" w:w="1440"/>
          </w:tcPr>
          <w:p>
            <w:r>
              <w:t>91.192,06 €</w:t>
            </w:r>
          </w:p>
        </w:tc>
        <w:tc>
          <w:tcPr>
            <w:tcW w:type="dxa" w:w="1440"/>
          </w:tcPr>
          <w:p>
            <w:r/>
          </w:p>
        </w:tc>
        <w:tc>
          <w:tcPr>
            <w:tcW w:type="dxa" w:w="1440"/>
          </w:tcPr>
          <w:p>
            <w:r>
              <w:t>13/11/2025 – en curso</w:t>
            </w:r>
          </w:p>
        </w:tc>
        <w:tc>
          <w:tcPr>
            <w:tcW w:type="dxa" w:w="1440"/>
          </w:tcPr>
          <w:p>
            <w:r>
              <w:rPr>
                <w:highlight w:val="yellow"/>
              </w:rPr>
              <w:t>rellenar</w:t>
            </w:r>
          </w:p>
        </w:tc>
      </w:tr>
      <w:tr>
        <w:tc>
          <w:tcPr>
            <w:tcW w:type="dxa" w:w="1440"/>
          </w:tcPr>
          <w:p>
            <w:r>
              <w:t>Servei de neteja de l’Institut Comte de Rius de Tarragona · exp. 43003653/2026/01</w:t>
            </w:r>
          </w:p>
        </w:tc>
        <w:tc>
          <w:tcPr>
            <w:tcW w:type="dxa" w:w="1440"/>
          </w:tcPr>
          <w:p>
            <w:r>
              <w:t>Centres educatius - Serveis Territorials a Tarragona</w:t>
            </w:r>
          </w:p>
        </w:tc>
        <w:tc>
          <w:tcPr>
            <w:tcW w:type="dxa" w:w="1440"/>
          </w:tcPr>
          <w:p>
            <w:r>
              <w:t>106.716,84 €</w:t>
            </w:r>
          </w:p>
        </w:tc>
        <w:tc>
          <w:tcPr>
            <w:tcW w:type="dxa" w:w="1440"/>
          </w:tcPr>
          <w:p>
            <w:r/>
          </w:p>
        </w:tc>
        <w:tc>
          <w:tcPr>
            <w:tcW w:type="dxa" w:w="1440"/>
          </w:tcPr>
          <w:p>
            <w:r>
              <w:t>24/03/2026 – en curso</w:t>
            </w:r>
          </w:p>
        </w:tc>
        <w:tc>
          <w:tcPr>
            <w:tcW w:type="dxa" w:w="1440"/>
          </w:tcPr>
          <w:p>
            <w:r>
              <w:rPr>
                <w:highlight w:val="yellow"/>
              </w:rPr>
              <w:t>rellenar</w:t>
            </w:r>
          </w:p>
        </w:tc>
      </w:tr>
      <w:tr>
        <w:tc>
          <w:tcPr>
            <w:tcW w:type="dxa" w:w="1440"/>
          </w:tcPr>
          <w:p>
            <w:r>
              <w:t>la prestació dels serveis ordinaris i extraordinaris de neteja i serveis complementaris dels edificis municipals de l’Ajuntament de Masquefa, d’acord amb les especificacions tècniques que s’estableixin al Plec Tècnic.</w:t>
              <w:br/>
              <w:t>Aquest servei inclou la neteja pròpiament, així com l’aportació de tot el personal necessari,sistema integral de seguretat i salut, maquinària, material, estris, productes de neteja, sistemes de recollida selectiva, accessoris, elements fungibles i consumibles necessaris per a la prestació integral i complerta dels serveis i la gestió de residus. També inclou la supervisió, organització, suport tècnic-administratiu i control horari. · exp. 2025_2 CON X2025000474</w:t>
            </w:r>
          </w:p>
        </w:tc>
        <w:tc>
          <w:tcPr>
            <w:tcW w:type="dxa" w:w="1440"/>
          </w:tcPr>
          <w:p>
            <w:r>
              <w:t>Ajuntament de Masquefa</w:t>
            </w:r>
          </w:p>
        </w:tc>
        <w:tc>
          <w:tcPr>
            <w:tcW w:type="dxa" w:w="1440"/>
          </w:tcPr>
          <w:p>
            <w:r>
              <w:t>1.746.152,90 €</w:t>
            </w:r>
          </w:p>
        </w:tc>
        <w:tc>
          <w:tcPr>
            <w:tcW w:type="dxa" w:w="1440"/>
          </w:tcPr>
          <w:p>
            <w:r/>
          </w:p>
        </w:tc>
        <w:tc>
          <w:tcPr>
            <w:tcW w:type="dxa" w:w="1440"/>
          </w:tcPr>
          <w:p>
            <w:r>
              <w:t>24/02/2026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1)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2)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3)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4)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5)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6)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8)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L’objecte d’aquest contracte és la regulació del procediment obert subjecte a regulació harmonitzada per a l'adjudicació, per part de Viladecans Qualitat, S.L. del contracte de prestació dels SERVEIS DE NETEJA DE LES INSTAL·LACIONS GESTIONADES PER VILADECANS QUALITAT, S.L. (lote 1) · exp. 25/221</w:t>
            </w:r>
          </w:p>
        </w:tc>
        <w:tc>
          <w:tcPr>
            <w:tcW w:type="dxa" w:w="1440"/>
          </w:tcPr>
          <w:p>
            <w:r>
              <w:t>Viladecans Qualitat, S.L.</w:t>
            </w:r>
          </w:p>
        </w:tc>
        <w:tc>
          <w:tcPr>
            <w:tcW w:type="dxa" w:w="1440"/>
          </w:tcPr>
          <w:p>
            <w:r>
              <w:t>1.670.240,77 €</w:t>
            </w:r>
          </w:p>
        </w:tc>
        <w:tc>
          <w:tcPr>
            <w:tcW w:type="dxa" w:w="1440"/>
          </w:tcPr>
          <w:p>
            <w:r/>
          </w:p>
        </w:tc>
        <w:tc>
          <w:tcPr>
            <w:tcW w:type="dxa" w:w="1440"/>
          </w:tcPr>
          <w:p>
            <w:r>
              <w:t>28/07/2026 – en curso</w:t>
            </w:r>
          </w:p>
        </w:tc>
        <w:tc>
          <w:tcPr>
            <w:tcW w:type="dxa" w:w="1440"/>
          </w:tcPr>
          <w:p>
            <w:r>
              <w:rPr>
                <w:highlight w:val="yellow"/>
              </w:rPr>
              <w:t>rellenar</w:t>
            </w:r>
          </w:p>
        </w:tc>
      </w:tr>
      <w:tr>
        <w:tc>
          <w:tcPr>
            <w:tcW w:type="dxa" w:w="1440"/>
          </w:tcPr>
          <w:p>
            <w:r>
              <w:t>L’objecte d’aquest contracte és la regulació del procediment obert subjecte a regulació harmonitzada per a l'adjudicació, per part de Viladecans Qualitat, S.L. del contracte de prestació dels SERVEIS DE NETEJA DE LES INSTAL·LACIONS GESTIONADES PER VILADECANS QUALITAT, S.L. (lote 2) · exp. 25/221</w:t>
            </w:r>
          </w:p>
        </w:tc>
        <w:tc>
          <w:tcPr>
            <w:tcW w:type="dxa" w:w="1440"/>
          </w:tcPr>
          <w:p>
            <w:r>
              <w:t>Viladecans Qualitat, S.L.</w:t>
            </w:r>
          </w:p>
        </w:tc>
        <w:tc>
          <w:tcPr>
            <w:tcW w:type="dxa" w:w="1440"/>
          </w:tcPr>
          <w:p>
            <w:r>
              <w:t>63.087,02 €</w:t>
            </w:r>
          </w:p>
        </w:tc>
        <w:tc>
          <w:tcPr>
            <w:tcW w:type="dxa" w:w="1440"/>
          </w:tcPr>
          <w:p>
            <w:r/>
          </w:p>
        </w:tc>
        <w:tc>
          <w:tcPr>
            <w:tcW w:type="dxa" w:w="1440"/>
          </w:tcPr>
          <w:p>
            <w:r>
              <w:t>28/07/2026 – en curso</w:t>
            </w:r>
          </w:p>
        </w:tc>
        <w:tc>
          <w:tcPr>
            <w:tcW w:type="dxa" w:w="1440"/>
          </w:tcPr>
          <w:p>
            <w:r>
              <w:rPr>
                <w:highlight w:val="yellow"/>
              </w:rPr>
              <w:t>rellenar</w:t>
            </w:r>
          </w:p>
        </w:tc>
      </w:tr>
      <w:tr>
        <w:tc>
          <w:tcPr>
            <w:tcW w:type="dxa" w:w="1440"/>
          </w:tcPr>
          <w:p>
            <w:r>
              <w:t>Servei de neteja dels equipaments municipals de l'Ajuntament de Caldes de Montbui · exp. 2650/2025</w:t>
            </w:r>
          </w:p>
        </w:tc>
        <w:tc>
          <w:tcPr>
            <w:tcW w:type="dxa" w:w="1440"/>
          </w:tcPr>
          <w:p>
            <w:r>
              <w:t>Ajuntament de Caldes de Montbui</w:t>
            </w:r>
          </w:p>
        </w:tc>
        <w:tc>
          <w:tcPr>
            <w:tcW w:type="dxa" w:w="1440"/>
          </w:tcPr>
          <w:p>
            <w:r>
              <w:t>1.645.608,54 €</w:t>
            </w:r>
          </w:p>
        </w:tc>
        <w:tc>
          <w:tcPr>
            <w:tcW w:type="dxa" w:w="1440"/>
          </w:tcPr>
          <w:p>
            <w:r/>
          </w:p>
        </w:tc>
        <w:tc>
          <w:tcPr>
            <w:tcW w:type="dxa" w:w="1440"/>
          </w:tcPr>
          <w:p>
            <w:r>
              <w:t>02/03/2026 – en curso</w:t>
            </w:r>
          </w:p>
        </w:tc>
        <w:tc>
          <w:tcPr>
            <w:tcW w:type="dxa" w:w="1440"/>
          </w:tcPr>
          <w:p>
            <w:r>
              <w:rPr>
                <w:highlight w:val="yellow"/>
              </w:rPr>
              <w:t>rellenar</w:t>
            </w:r>
          </w:p>
        </w:tc>
      </w:tr>
      <w:tr>
        <w:tc>
          <w:tcPr>
            <w:tcW w:type="dxa" w:w="1440"/>
          </w:tcPr>
          <w:p>
            <w:r>
              <w:t>Servei de neteja per a l’Hospital Universitari Germans Trias i Pujol, l’Institut Català d’Oncologia, l’Institut de Diagnòstic per a la Imatge i el Banc de Sang i Teixits – Badalona · exp. CSE/AH03/1101444262/26/PO</w:t>
            </w:r>
          </w:p>
        </w:tc>
        <w:tc>
          <w:tcPr>
            <w:tcW w:type="dxa" w:w="1440"/>
          </w:tcPr>
          <w:p>
            <w:r>
              <w:t>Institut Català de la Salut (ICS)</w:t>
            </w:r>
          </w:p>
        </w:tc>
        <w:tc>
          <w:tcPr>
            <w:tcW w:type="dxa" w:w="1440"/>
          </w:tcPr>
          <w:p>
            <w:r>
              <w:t>11.442.116,98 €</w:t>
            </w:r>
          </w:p>
        </w:tc>
        <w:tc>
          <w:tcPr>
            <w:tcW w:type="dxa" w:w="1440"/>
          </w:tcPr>
          <w:p>
            <w:r/>
          </w:p>
        </w:tc>
        <w:tc>
          <w:tcPr>
            <w:tcW w:type="dxa" w:w="1440"/>
          </w:tcPr>
          <w:p>
            <w:r>
              <w:t>30/12/2025 – en curso</w:t>
            </w:r>
          </w:p>
        </w:tc>
        <w:tc>
          <w:tcPr>
            <w:tcW w:type="dxa" w:w="1440"/>
          </w:tcPr>
          <w:p>
            <w:r>
              <w:rPr>
                <w:highlight w:val="yellow"/>
              </w:rPr>
              <w:t>rellenar</w:t>
            </w:r>
          </w:p>
        </w:tc>
      </w:tr>
      <w:tr>
        <w:tc>
          <w:tcPr>
            <w:tcW w:type="dxa" w:w="1440"/>
          </w:tcPr>
          <w:p>
            <w:r>
              <w:t>Servei integral de neteja, gestió interna del rober i gestió interna dels residus per a Badalona Serveis Assistencials, S.A. · exp. BSA 9/25</w:t>
            </w:r>
          </w:p>
        </w:tc>
        <w:tc>
          <w:tcPr>
            <w:tcW w:type="dxa" w:w="1440"/>
          </w:tcPr>
          <w:p>
            <w:r>
              <w:t>Badalona Serveis Assistencials, SA</w:t>
            </w:r>
          </w:p>
        </w:tc>
        <w:tc>
          <w:tcPr>
            <w:tcW w:type="dxa" w:w="1440"/>
          </w:tcPr>
          <w:p>
            <w:r>
              <w:t>4.002.717,07 €</w:t>
            </w:r>
          </w:p>
        </w:tc>
        <w:tc>
          <w:tcPr>
            <w:tcW w:type="dxa" w:w="1440"/>
          </w:tcPr>
          <w:p>
            <w:r/>
          </w:p>
        </w:tc>
        <w:tc>
          <w:tcPr>
            <w:tcW w:type="dxa" w:w="1440"/>
          </w:tcPr>
          <w:p>
            <w:r>
              <w:t>30/12/2025 – en curso</w:t>
            </w:r>
          </w:p>
        </w:tc>
        <w:tc>
          <w:tcPr>
            <w:tcW w:type="dxa" w:w="1440"/>
          </w:tcPr>
          <w:p>
            <w:r>
              <w:rPr>
                <w:highlight w:val="yellow"/>
              </w:rPr>
              <w:t>rellenar</w:t>
            </w:r>
          </w:p>
        </w:tc>
      </w:tr>
      <w:tr>
        <w:tc>
          <w:tcPr>
            <w:tcW w:type="dxa" w:w="1440"/>
          </w:tcPr>
          <w:p>
            <w:r>
              <w:t>Contracte basat del servei de neteja de les dependències del Consorci del Consorci Mercat de les Flors (Acord Marc de la Comissió Central de Subministraments - Exp. CCS 2022 1-) (lote 1) · exp. F24-327</w:t>
            </w:r>
          </w:p>
        </w:tc>
        <w:tc>
          <w:tcPr>
            <w:tcW w:type="dxa" w:w="1440"/>
          </w:tcPr>
          <w:p>
            <w:r>
              <w:t>Consorci Mercat de les Flors</w:t>
            </w:r>
          </w:p>
        </w:tc>
        <w:tc>
          <w:tcPr>
            <w:tcW w:type="dxa" w:w="1440"/>
          </w:tcPr>
          <w:p>
            <w:r>
              <w:t>100.798,88 €</w:t>
            </w:r>
          </w:p>
        </w:tc>
        <w:tc>
          <w:tcPr>
            <w:tcW w:type="dxa" w:w="1440"/>
          </w:tcPr>
          <w:p>
            <w:r/>
          </w:p>
        </w:tc>
        <w:tc>
          <w:tcPr>
            <w:tcW w:type="dxa" w:w="1440"/>
          </w:tcPr>
          <w:p>
            <w:r>
              <w:t>01/09/2025 – 31/12/2025</w:t>
            </w:r>
          </w:p>
        </w:tc>
        <w:tc>
          <w:tcPr>
            <w:tcW w:type="dxa" w:w="1440"/>
          </w:tcPr>
          <w:p>
            <w:r>
              <w:rPr>
                <w:highlight w:val="yellow"/>
              </w:rPr>
              <w:t>rellenar</w:t>
            </w:r>
          </w:p>
        </w:tc>
      </w:tr>
      <w:tr>
        <w:tc>
          <w:tcPr>
            <w:tcW w:type="dxa" w:w="1440"/>
          </w:tcPr>
          <w:p>
            <w:r>
              <w:t>Servei de neteja Institut Jaume Balmes · exp. 08013111-2025-001</w:t>
            </w:r>
          </w:p>
        </w:tc>
        <w:tc>
          <w:tcPr>
            <w:tcW w:type="dxa" w:w="1440"/>
          </w:tcPr>
          <w:p>
            <w:r>
              <w:t>Centres educatius Barcelona ciutat - Consorci d''Educació de Barcelona</w:t>
            </w:r>
          </w:p>
        </w:tc>
        <w:tc>
          <w:tcPr>
            <w:tcW w:type="dxa" w:w="1440"/>
          </w:tcPr>
          <w:p>
            <w:r>
              <w:t>56.163,98 €</w:t>
            </w:r>
          </w:p>
        </w:tc>
        <w:tc>
          <w:tcPr>
            <w:tcW w:type="dxa" w:w="1440"/>
          </w:tcPr>
          <w:p>
            <w:r/>
          </w:p>
        </w:tc>
        <w:tc>
          <w:tcPr>
            <w:tcW w:type="dxa" w:w="1440"/>
          </w:tcPr>
          <w:p>
            <w:r>
              <w:t>31/05/2025 – 31/05/2026</w:t>
            </w:r>
          </w:p>
        </w:tc>
        <w:tc>
          <w:tcPr>
            <w:tcW w:type="dxa" w:w="1440"/>
          </w:tcPr>
          <w:p>
            <w:r>
              <w:rPr>
                <w:highlight w:val="yellow"/>
              </w:rPr>
              <w:t>rellenar</w:t>
            </w:r>
          </w:p>
        </w:tc>
      </w:tr>
      <w:tr>
        <w:tc>
          <w:tcPr>
            <w:tcW w:type="dxa" w:w="1440"/>
          </w:tcPr>
          <w:p>
            <w:r>
              <w:t>Prestació dels serveis de neteja respectuosos amb el medi ambient, mitjançant procediment basat en l'Acord marc dels serveis de neteja (CCS 2022 1) en els edificis, locals i dependències del Cos d'Agents Rurals del Departament d'Interior(excepte província de Barcelona)durant l'any 2025 i dividit en 5 lots. (lote 1) · exp. IT-2025-39</w:t>
            </w:r>
          </w:p>
        </w:tc>
        <w:tc>
          <w:tcPr>
            <w:tcW w:type="dxa" w:w="1440"/>
          </w:tcPr>
          <w:p>
            <w:r>
              <w:t>Departament d'Interior i Seguretat Pública</w:t>
            </w:r>
          </w:p>
        </w:tc>
        <w:tc>
          <w:tcPr>
            <w:tcW w:type="dxa" w:w="1440"/>
          </w:tcPr>
          <w:p>
            <w:r>
              <w:t>87.309,04 €</w:t>
            </w:r>
          </w:p>
        </w:tc>
        <w:tc>
          <w:tcPr>
            <w:tcW w:type="dxa" w:w="1440"/>
          </w:tcPr>
          <w:p>
            <w:r/>
          </w:p>
        </w:tc>
        <w:tc>
          <w:tcPr>
            <w:tcW w:type="dxa" w:w="1440"/>
          </w:tcPr>
          <w:p>
            <w:r>
              <w:t>26/02/2025 – 26/02/2026</w:t>
            </w:r>
          </w:p>
        </w:tc>
        <w:tc>
          <w:tcPr>
            <w:tcW w:type="dxa" w:w="1440"/>
          </w:tcPr>
          <w:p>
            <w:r>
              <w:rPr>
                <w:highlight w:val="yellow"/>
              </w:rPr>
              <w:t>rellenar</w:t>
            </w:r>
          </w:p>
        </w:tc>
      </w:tr>
      <w:tr>
        <w:tc>
          <w:tcPr>
            <w:tcW w:type="dxa" w:w="1440"/>
          </w:tcPr>
          <w:p>
            <w:r>
              <w:t>Prestació dels serveis de neteja respectuosos amb el medi ambient, mitjançant procediment basat en l'Acord marc dels serveis de neteja (CCS 2022 1) en els edificis, locals i dependències del Cos d'Agents Rurals del Departament d'Interior(excepte província de Barcelona)durant l'any 2025 i dividit en 5 lots. (lote 2) · exp. IT-2025-39</w:t>
            </w:r>
          </w:p>
        </w:tc>
        <w:tc>
          <w:tcPr>
            <w:tcW w:type="dxa" w:w="1440"/>
          </w:tcPr>
          <w:p>
            <w:r>
              <w:t>Departament d'Interior i Seguretat Pública</w:t>
            </w:r>
          </w:p>
        </w:tc>
        <w:tc>
          <w:tcPr>
            <w:tcW w:type="dxa" w:w="1440"/>
          </w:tcPr>
          <w:p>
            <w:r>
              <w:t>66.509,56 €</w:t>
            </w:r>
          </w:p>
        </w:tc>
        <w:tc>
          <w:tcPr>
            <w:tcW w:type="dxa" w:w="1440"/>
          </w:tcPr>
          <w:p>
            <w:r/>
          </w:p>
        </w:tc>
        <w:tc>
          <w:tcPr>
            <w:tcW w:type="dxa" w:w="1440"/>
          </w:tcPr>
          <w:p>
            <w:r>
              <w:t>26/02/2025 – 26/02/2026</w:t>
            </w:r>
          </w:p>
        </w:tc>
        <w:tc>
          <w:tcPr>
            <w:tcW w:type="dxa" w:w="1440"/>
          </w:tcPr>
          <w:p>
            <w:r>
              <w:rPr>
                <w:highlight w:val="yellow"/>
              </w:rPr>
              <w:t>rellenar</w:t>
            </w:r>
          </w:p>
        </w:tc>
      </w:tr>
      <w:tr>
        <w:tc>
          <w:tcPr>
            <w:tcW w:type="dxa" w:w="1440"/>
          </w:tcPr>
          <w:p>
            <w:r>
              <w:t>Prestació dels serveis de neteja respectuosos amb el medi ambient, mitjançant procediment basat en l'Acord marc dels serveis de neteja (CCS 2022 1) en els edificis, locals i dependències del Cos d'Agents Rurals del Departament d'Interior(excepte província de Barcelona)durant l'any 2025 i dividit en 5 lots. (lote 5) · exp. IT-2025-39</w:t>
            </w:r>
          </w:p>
        </w:tc>
        <w:tc>
          <w:tcPr>
            <w:tcW w:type="dxa" w:w="1440"/>
          </w:tcPr>
          <w:p>
            <w:r>
              <w:t>Departament d'Interior i Seguretat Pública</w:t>
            </w:r>
          </w:p>
        </w:tc>
        <w:tc>
          <w:tcPr>
            <w:tcW w:type="dxa" w:w="1440"/>
          </w:tcPr>
          <w:p>
            <w:r>
              <w:t>85.205,12 €</w:t>
            </w:r>
          </w:p>
        </w:tc>
        <w:tc>
          <w:tcPr>
            <w:tcW w:type="dxa" w:w="1440"/>
          </w:tcPr>
          <w:p>
            <w:r/>
          </w:p>
        </w:tc>
        <w:tc>
          <w:tcPr>
            <w:tcW w:type="dxa" w:w="1440"/>
          </w:tcPr>
          <w:p>
            <w:r>
              <w:t>26/02/2025 – 26/02/2026</w:t>
            </w:r>
          </w:p>
        </w:tc>
        <w:tc>
          <w:tcPr>
            <w:tcW w:type="dxa" w:w="1440"/>
          </w:tcPr>
          <w:p>
            <w:r>
              <w:rPr>
                <w:highlight w:val="yellow"/>
              </w:rPr>
              <w:t>rellenar</w:t>
            </w:r>
          </w:p>
        </w:tc>
      </w:tr>
      <w:tr>
        <w:tc>
          <w:tcPr>
            <w:tcW w:type="dxa" w:w="1440"/>
          </w:tcPr>
          <w:p>
            <w:r>
              <w:t>L’objecte del contracte és la prestació dels serveis de neteja en els edificis municipals, centres escolars i centres esportius de Matadepera, així com el control i supervisió dels serveis prestats · exp. X2024013218</w:t>
            </w:r>
          </w:p>
        </w:tc>
        <w:tc>
          <w:tcPr>
            <w:tcW w:type="dxa" w:w="1440"/>
          </w:tcPr>
          <w:p>
            <w:r>
              <w:t>Ajuntament de Matadepera</w:t>
            </w:r>
          </w:p>
        </w:tc>
        <w:tc>
          <w:tcPr>
            <w:tcW w:type="dxa" w:w="1440"/>
          </w:tcPr>
          <w:p>
            <w:r>
              <w:t>872.760,83 €</w:t>
            </w:r>
          </w:p>
        </w:tc>
        <w:tc>
          <w:tcPr>
            <w:tcW w:type="dxa" w:w="1440"/>
          </w:tcPr>
          <w:p>
            <w:r/>
          </w:p>
        </w:tc>
        <w:tc>
          <w:tcPr>
            <w:tcW w:type="dxa" w:w="1440"/>
          </w:tcPr>
          <w:p>
            <w:r>
              <w:t>27/05/2025 – en curso</w:t>
            </w:r>
          </w:p>
        </w:tc>
        <w:tc>
          <w:tcPr>
            <w:tcW w:type="dxa" w:w="1440"/>
          </w:tcPr>
          <w:p>
            <w:r>
              <w:rPr>
                <w:highlight w:val="yellow"/>
              </w:rPr>
              <w:t>rellenar</w:t>
            </w:r>
          </w:p>
        </w:tc>
      </w:tr>
      <w:tr>
        <w:tc>
          <w:tcPr>
            <w:tcW w:type="dxa" w:w="1440"/>
          </w:tcPr>
          <w:p>
            <w:r>
              <w:t>Servei de neteja a les dependències de l'Agència Tributària de Catalunya (any 2025) 5 lots (lote 5) · exp. ATC-2025-2</w:t>
            </w:r>
          </w:p>
        </w:tc>
        <w:tc>
          <w:tcPr>
            <w:tcW w:type="dxa" w:w="1440"/>
          </w:tcPr>
          <w:p>
            <w:r>
              <w:t>Agència Tributària de Catalunya</w:t>
            </w:r>
          </w:p>
        </w:tc>
        <w:tc>
          <w:tcPr>
            <w:tcW w:type="dxa" w:w="1440"/>
          </w:tcPr>
          <w:p>
            <w:r>
              <w:t>70.827,12 €</w:t>
            </w:r>
          </w:p>
        </w:tc>
        <w:tc>
          <w:tcPr>
            <w:tcW w:type="dxa" w:w="1440"/>
          </w:tcPr>
          <w:p>
            <w:r/>
          </w:p>
        </w:tc>
        <w:tc>
          <w:tcPr>
            <w:tcW w:type="dxa" w:w="1440"/>
          </w:tcPr>
          <w:p>
            <w:r>
              <w:t>12/12/2024 – 31/12/2025</w:t>
            </w:r>
          </w:p>
        </w:tc>
        <w:tc>
          <w:tcPr>
            <w:tcW w:type="dxa" w:w="1440"/>
          </w:tcPr>
          <w:p>
            <w:r>
              <w:rPr>
                <w:highlight w:val="yellow"/>
              </w:rPr>
              <w:t>rellenar</w:t>
            </w:r>
          </w:p>
        </w:tc>
      </w:tr>
      <w:tr>
        <w:tc>
          <w:tcPr>
            <w:tcW w:type="dxa" w:w="1440"/>
          </w:tcPr>
          <w:p>
            <w:r>
              <w:t>Treballs de neteja de les dependències del Departament d’Agricultura, Ramaderia, Pesca i Alimentació i del Departament de Territori, Habitatge i Transició Ecològica, per tal de mantenir-les en les degudes condicions d’higiene. (lote 15) · exp. AG-2025-1</w:t>
            </w:r>
          </w:p>
        </w:tc>
        <w:tc>
          <w:tcPr>
            <w:tcW w:type="dxa" w:w="1440"/>
          </w:tcPr>
          <w:p>
            <w:r>
              <w:t>Departament d'Agricultura, Ramaderia, Pesca i Alimentació</w:t>
            </w:r>
          </w:p>
        </w:tc>
        <w:tc>
          <w:tcPr>
            <w:tcW w:type="dxa" w:w="1440"/>
          </w:tcPr>
          <w:p>
            <w:r>
              <w:t>108.715,52 €</w:t>
            </w:r>
          </w:p>
        </w:tc>
        <w:tc>
          <w:tcPr>
            <w:tcW w:type="dxa" w:w="1440"/>
          </w:tcPr>
          <w:p>
            <w:r/>
          </w:p>
        </w:tc>
        <w:tc>
          <w:tcPr>
            <w:tcW w:type="dxa" w:w="1440"/>
          </w:tcPr>
          <w:p>
            <w:r>
              <w:t>11/12/2024 – 31/12/2025</w:t>
            </w:r>
          </w:p>
        </w:tc>
        <w:tc>
          <w:tcPr>
            <w:tcW w:type="dxa" w:w="1440"/>
          </w:tcPr>
          <w:p>
            <w:r>
              <w:rPr>
                <w:highlight w:val="yellow"/>
              </w:rPr>
              <w:t>rellenar</w:t>
            </w:r>
          </w:p>
        </w:tc>
      </w:tr>
      <w:tr>
        <w:tc>
          <w:tcPr>
            <w:tcW w:type="dxa" w:w="1440"/>
          </w:tcPr>
          <w:p>
            <w:r>
              <w:t>Treballs de neteja de les dependències del Departament d’Agricultura, Ramaderia, Pesca i Alimentació i del Departament de Territori, Habitatge i Transició Ecològica, per tal de mantenir-les en les degudes condicions d’higiene. (lote 16) · exp. AG-2025-1</w:t>
            </w:r>
          </w:p>
        </w:tc>
        <w:tc>
          <w:tcPr>
            <w:tcW w:type="dxa" w:w="1440"/>
          </w:tcPr>
          <w:p>
            <w:r>
              <w:t>Departament d'Agricultura, Ramaderia, Pesca i Alimentació</w:t>
            </w:r>
          </w:p>
        </w:tc>
        <w:tc>
          <w:tcPr>
            <w:tcW w:type="dxa" w:w="1440"/>
          </w:tcPr>
          <w:p>
            <w:r>
              <w:t>84.788,24 €</w:t>
            </w:r>
          </w:p>
        </w:tc>
        <w:tc>
          <w:tcPr>
            <w:tcW w:type="dxa" w:w="1440"/>
          </w:tcPr>
          <w:p>
            <w:r/>
          </w:p>
        </w:tc>
        <w:tc>
          <w:tcPr>
            <w:tcW w:type="dxa" w:w="1440"/>
          </w:tcPr>
          <w:p>
            <w:r>
              <w:t>11/12/2024 – 31/12/2025</w:t>
            </w:r>
          </w:p>
        </w:tc>
        <w:tc>
          <w:tcPr>
            <w:tcW w:type="dxa" w:w="1440"/>
          </w:tcPr>
          <w:p>
            <w:r>
              <w:rPr>
                <w:highlight w:val="yellow"/>
              </w:rPr>
              <w:t>rellenar</w:t>
            </w:r>
          </w:p>
        </w:tc>
      </w:tr>
      <w:tr>
        <w:tc>
          <w:tcPr>
            <w:tcW w:type="dxa" w:w="1440"/>
          </w:tcPr>
          <w:p>
            <w:r>
              <w:t>Treballs de neteja de les dependències del Departament d’Agricultura, Ramaderia, Pesca i Alimentació i del Departament de Territori, Habitatge i Transició Ecològica, per tal de mantenir-les en les degudes condicions d’higiene. (lote 18) · exp. AG-2025-1</w:t>
            </w:r>
          </w:p>
        </w:tc>
        <w:tc>
          <w:tcPr>
            <w:tcW w:type="dxa" w:w="1440"/>
          </w:tcPr>
          <w:p>
            <w:r>
              <w:t>Departament d'Agricultura, Ramaderia, Pesca i Alimentació</w:t>
            </w:r>
          </w:p>
        </w:tc>
        <w:tc>
          <w:tcPr>
            <w:tcW w:type="dxa" w:w="1440"/>
          </w:tcPr>
          <w:p>
            <w:r>
              <w:t>124.474,41 €</w:t>
            </w:r>
          </w:p>
        </w:tc>
        <w:tc>
          <w:tcPr>
            <w:tcW w:type="dxa" w:w="1440"/>
          </w:tcPr>
          <w:p>
            <w:r/>
          </w:p>
        </w:tc>
        <w:tc>
          <w:tcPr>
            <w:tcW w:type="dxa" w:w="1440"/>
          </w:tcPr>
          <w:p>
            <w:r>
              <w:t>11/12/2024 – 31/12/2025</w:t>
            </w:r>
          </w:p>
        </w:tc>
        <w:tc>
          <w:tcPr>
            <w:tcW w:type="dxa" w:w="1440"/>
          </w:tcPr>
          <w:p>
            <w:r>
              <w:rPr>
                <w:highlight w:val="yellow"/>
              </w:rPr>
              <w:t>rellenar</w:t>
            </w:r>
          </w:p>
        </w:tc>
      </w:tr>
      <w:tr>
        <w:tc>
          <w:tcPr>
            <w:tcW w:type="dxa" w:w="1440"/>
          </w:tcPr>
          <w:p>
            <w:r>
              <w:t>Treballs de neteja de les dependències del Departament d’Agricultura, Ramaderia, Pesca i Alimentació i del Departament de Territori, Habitatge i Transició Ecològica, per tal de mantenir-les en les degudes condicions d’higiene. (lote 3) · exp. AG-2025-1</w:t>
            </w:r>
          </w:p>
        </w:tc>
        <w:tc>
          <w:tcPr>
            <w:tcW w:type="dxa" w:w="1440"/>
          </w:tcPr>
          <w:p>
            <w:r>
              <w:t>Departament d'Agricultura, Ramaderia, Pesca i Alimentació</w:t>
            </w:r>
          </w:p>
        </w:tc>
        <w:tc>
          <w:tcPr>
            <w:tcW w:type="dxa" w:w="1440"/>
          </w:tcPr>
          <w:p>
            <w:r>
              <w:t>149.026,74 €</w:t>
            </w:r>
          </w:p>
        </w:tc>
        <w:tc>
          <w:tcPr>
            <w:tcW w:type="dxa" w:w="1440"/>
          </w:tcPr>
          <w:p>
            <w:r/>
          </w:p>
        </w:tc>
        <w:tc>
          <w:tcPr>
            <w:tcW w:type="dxa" w:w="1440"/>
          </w:tcPr>
          <w:p>
            <w:r>
              <w:t>11/12/2024 – 31/12/2025</w:t>
            </w:r>
          </w:p>
        </w:tc>
        <w:tc>
          <w:tcPr>
            <w:tcW w:type="dxa" w:w="1440"/>
          </w:tcPr>
          <w:p>
            <w:r>
              <w:rPr>
                <w:highlight w:val="yellow"/>
              </w:rPr>
              <w:t>rellenar</w:t>
            </w:r>
          </w:p>
        </w:tc>
      </w:tr>
      <w:tr>
        <w:tc>
          <w:tcPr>
            <w:tcW w:type="dxa" w:w="1440"/>
          </w:tcPr>
          <w:p>
            <w:r>
              <w:t>Treballs de neteja de les dependències del Departament d’Agricultura, Ramaderia, Pesca i Alimentació i del Departament de Territori, Habitatge i Transició Ecològica, per tal de mantenir-les en les degudes condicions d’higiene. (lote 9) · exp. AG-2025-1</w:t>
            </w:r>
          </w:p>
        </w:tc>
        <w:tc>
          <w:tcPr>
            <w:tcW w:type="dxa" w:w="1440"/>
          </w:tcPr>
          <w:p>
            <w:r>
              <w:t>Departament d'Agricultura, Ramaderia, Pesca i Alimentació</w:t>
            </w:r>
          </w:p>
        </w:tc>
        <w:tc>
          <w:tcPr>
            <w:tcW w:type="dxa" w:w="1440"/>
          </w:tcPr>
          <w:p>
            <w:r>
              <w:t>111.334,58 €</w:t>
            </w:r>
          </w:p>
        </w:tc>
        <w:tc>
          <w:tcPr>
            <w:tcW w:type="dxa" w:w="1440"/>
          </w:tcPr>
          <w:p>
            <w:r/>
          </w:p>
        </w:tc>
        <w:tc>
          <w:tcPr>
            <w:tcW w:type="dxa" w:w="1440"/>
          </w:tcPr>
          <w:p>
            <w:r>
              <w:t>11/12/2024 – 31/12/2025</w:t>
            </w:r>
          </w:p>
        </w:tc>
        <w:tc>
          <w:tcPr>
            <w:tcW w:type="dxa" w:w="1440"/>
          </w:tcPr>
          <w:p>
            <w:r>
              <w:rPr>
                <w:highlight w:val="yellow"/>
              </w:rPr>
              <w:t>rellenar</w:t>
            </w:r>
          </w:p>
        </w:tc>
      </w:tr>
      <w:tr>
        <w:tc>
          <w:tcPr>
            <w:tcW w:type="dxa" w:w="1440"/>
          </w:tcPr>
          <w:p>
            <w:r>
              <w:t>Servei de neteja de l'Institut Comte de Rius · exp. 43003653/2025/01</w:t>
            </w:r>
          </w:p>
        </w:tc>
        <w:tc>
          <w:tcPr>
            <w:tcW w:type="dxa" w:w="1440"/>
          </w:tcPr>
          <w:p>
            <w:r>
              <w:t>Departament d'Educació i Formació Professional</w:t>
            </w:r>
          </w:p>
        </w:tc>
        <w:tc>
          <w:tcPr>
            <w:tcW w:type="dxa" w:w="1440"/>
          </w:tcPr>
          <w:p>
            <w:r>
              <w:t>102.388,22 €</w:t>
            </w:r>
          </w:p>
        </w:tc>
        <w:tc>
          <w:tcPr>
            <w:tcW w:type="dxa" w:w="1440"/>
          </w:tcPr>
          <w:p>
            <w:r/>
          </w:p>
        </w:tc>
        <w:tc>
          <w:tcPr>
            <w:tcW w:type="dxa" w:w="1440"/>
          </w:tcPr>
          <w:p>
            <w:r>
              <w:t>15/01/2025 – 31/12/2025</w:t>
            </w:r>
          </w:p>
        </w:tc>
        <w:tc>
          <w:tcPr>
            <w:tcW w:type="dxa" w:w="1440"/>
          </w:tcPr>
          <w:p>
            <w:r>
              <w:rPr>
                <w:highlight w:val="yellow"/>
              </w:rPr>
              <w:t>rellenar</w:t>
            </w:r>
          </w:p>
        </w:tc>
      </w:tr>
      <w:tr>
        <w:tc>
          <w:tcPr>
            <w:tcW w:type="dxa" w:w="1440"/>
          </w:tcPr>
          <w:p>
            <w:r>
              <w:t>És objecte del present plec la contractació del servei de neteja dels edificis i dependències municipals de l'Ajuntament de Tiana. · exp. 184/2024: CT/SV-03/24</w:t>
            </w:r>
          </w:p>
        </w:tc>
        <w:tc>
          <w:tcPr>
            <w:tcW w:type="dxa" w:w="1440"/>
          </w:tcPr>
          <w:p>
            <w:r>
              <w:t>Ajuntament de Tiana</w:t>
            </w:r>
          </w:p>
        </w:tc>
        <w:tc>
          <w:tcPr>
            <w:tcW w:type="dxa" w:w="1440"/>
          </w:tcPr>
          <w:p>
            <w:r>
              <w:t>571.471,01 €</w:t>
            </w:r>
          </w:p>
        </w:tc>
        <w:tc>
          <w:tcPr>
            <w:tcW w:type="dxa" w:w="1440"/>
          </w:tcPr>
          <w:p>
            <w:r/>
          </w:p>
        </w:tc>
        <w:tc>
          <w:tcPr>
            <w:tcW w:type="dxa" w:w="1440"/>
          </w:tcPr>
          <w:p>
            <w:r>
              <w:t>10/02/2025 – en curso</w:t>
            </w:r>
          </w:p>
        </w:tc>
        <w:tc>
          <w:tcPr>
            <w:tcW w:type="dxa" w:w="1440"/>
          </w:tcPr>
          <w:p>
            <w:r>
              <w:rPr>
                <w:highlight w:val="yellow"/>
              </w:rPr>
              <w:t>rellenar</w:t>
            </w:r>
          </w:p>
        </w:tc>
      </w:tr>
      <w:tr>
        <w:tc>
          <w:tcPr>
            <w:tcW w:type="dxa" w:w="1440"/>
          </w:tcPr>
          <w:p>
            <w:r>
              <w:t>Servei de neteja CRP de l'Alt Camp · exp. 43990101/2025/05</w:t>
            </w:r>
          </w:p>
        </w:tc>
        <w:tc>
          <w:tcPr>
            <w:tcW w:type="dxa" w:w="1440"/>
          </w:tcPr>
          <w:p>
            <w:r>
              <w:t>Departament d'Educació i Formació Professional</w:t>
            </w:r>
          </w:p>
        </w:tc>
        <w:tc>
          <w:tcPr>
            <w:tcW w:type="dxa" w:w="1440"/>
          </w:tcPr>
          <w:p>
            <w:r>
              <w:t>6.659,72 €</w:t>
            </w:r>
          </w:p>
        </w:tc>
        <w:tc>
          <w:tcPr>
            <w:tcW w:type="dxa" w:w="1440"/>
          </w:tcPr>
          <w:p>
            <w:r/>
          </w:p>
        </w:tc>
        <w:tc>
          <w:tcPr>
            <w:tcW w:type="dxa" w:w="1440"/>
          </w:tcPr>
          <w:p>
            <w:r>
              <w:t>02/12/2024 – 31/12/2025</w:t>
            </w:r>
          </w:p>
        </w:tc>
        <w:tc>
          <w:tcPr>
            <w:tcW w:type="dxa" w:w="1440"/>
          </w:tcPr>
          <w:p>
            <w:r>
              <w:rPr>
                <w:highlight w:val="yellow"/>
              </w:rPr>
              <w:t>rellenar</w:t>
            </w:r>
          </w:p>
        </w:tc>
      </w:tr>
      <w:tr>
        <w:tc>
          <w:tcPr>
            <w:tcW w:type="dxa" w:w="1440"/>
          </w:tcPr>
          <w:p>
            <w:r>
              <w:t>Servei de neteja a l'Hospital Universitari Vall d'Hebron, a la Fundació Vall d'Hebron Institut de Recerca, al Vall d'Hebron Institut d'Oncologia i a l'Institut de Diagnòstic per la Imatge · exp. CSE/AH01/1101401267/25/PO</w:t>
            </w:r>
          </w:p>
        </w:tc>
        <w:tc>
          <w:tcPr>
            <w:tcW w:type="dxa" w:w="1440"/>
          </w:tcPr>
          <w:p>
            <w:r>
              <w:t>Institut Català de la Salut (ICS)</w:t>
            </w:r>
          </w:p>
        </w:tc>
        <w:tc>
          <w:tcPr>
            <w:tcW w:type="dxa" w:w="1440"/>
          </w:tcPr>
          <w:p>
            <w:r>
              <w:t>27.548.287,83 €</w:t>
            </w:r>
          </w:p>
        </w:tc>
        <w:tc>
          <w:tcPr>
            <w:tcW w:type="dxa" w:w="1440"/>
          </w:tcPr>
          <w:p>
            <w:r/>
          </w:p>
        </w:tc>
        <w:tc>
          <w:tcPr>
            <w:tcW w:type="dxa" w:w="1440"/>
          </w:tcPr>
          <w:p>
            <w:r>
              <w:t>25/02/2025 – 25/01/2026</w:t>
            </w:r>
          </w:p>
        </w:tc>
        <w:tc>
          <w:tcPr>
            <w:tcW w:type="dxa" w:w="1440"/>
          </w:tcPr>
          <w:p>
            <w:r>
              <w:rPr>
                <w:highlight w:val="yellow"/>
              </w:rPr>
              <w:t>rellenar</w:t>
            </w:r>
          </w:p>
        </w:tc>
      </w:tr>
      <w:tr>
        <w:tc>
          <w:tcPr>
            <w:tcW w:type="dxa" w:w="1440"/>
          </w:tcPr>
          <w:p>
            <w:r>
              <w:t>Contractació del servei de neteja dels edificis i dependències municipals de l'Ajuntament de Barberà del Vallès, que junt amb la seva codificació, figura a l'apartat A) del quadre de característiques annex (Annex 1).</w:t>
              <w:br/>
              <w:br/>
              <w:t>A la licitació i execució del contracte regiran, a més de la normativa legal aplicable, el Plec de clàusules administratives particulars i el Plec de prescripcions tècniques (PPT) (Annex 2).</w:t>
              <w:br/>
              <w:br/>
              <w:t>IMPORTANT: Els licitadors hauran de presentar oferta únicament pel que respecte a la prestació dels serveis de neteges ordinàries, corresponents als dos anys de durada total del contracte. L'import de 3.910.351,54 €, IVA inclòs, (3.231.695,48 € + 678.656,06 € d'IVA) és la xifra màxima, per sobre de la qual s’estima que les ofertes dels licitadors excedeixen el tipus de licitació. · exp. N774240098</w:t>
            </w:r>
          </w:p>
        </w:tc>
        <w:tc>
          <w:tcPr>
            <w:tcW w:type="dxa" w:w="1440"/>
          </w:tcPr>
          <w:p>
            <w:r>
              <w:t>Ajuntament de Barberà del Vallès</w:t>
            </w:r>
          </w:p>
        </w:tc>
        <w:tc>
          <w:tcPr>
            <w:tcW w:type="dxa" w:w="1440"/>
          </w:tcPr>
          <w:p>
            <w:r>
              <w:t>74.380,17 €</w:t>
            </w:r>
          </w:p>
        </w:tc>
        <w:tc>
          <w:tcPr>
            <w:tcW w:type="dxa" w:w="1440"/>
          </w:tcPr>
          <w:p>
            <w:r/>
          </w:p>
        </w:tc>
        <w:tc>
          <w:tcPr>
            <w:tcW w:type="dxa" w:w="1440"/>
          </w:tcPr>
          <w:p>
            <w:r>
              <w:t>25/04/2025 – en curso</w:t>
            </w:r>
          </w:p>
        </w:tc>
        <w:tc>
          <w:tcPr>
            <w:tcW w:type="dxa" w:w="1440"/>
          </w:tcPr>
          <w:p>
            <w:r>
              <w:rPr>
                <w:highlight w:val="yellow"/>
              </w:rPr>
              <w:t>rellenar</w:t>
            </w:r>
          </w:p>
        </w:tc>
      </w:tr>
      <w:tr>
        <w:tc>
          <w:tcPr>
            <w:tcW w:type="dxa" w:w="1440"/>
          </w:tcPr>
          <w:p>
            <w:r>
              <w:t>L’objecte del contracte és la prestació dels serveis de neteja en els edificis municipals de Polinyà, així com el control i supervisió dels serveis.</w:t>
              <w:br/>
              <w:t>Les característiques d'aquest contracte, així com les condicions en que han de prestar-se els serveis, venen determinades en el Plec de Prescripcions Tècniques. · exp. C-05/2024</w:t>
            </w:r>
          </w:p>
        </w:tc>
        <w:tc>
          <w:tcPr>
            <w:tcW w:type="dxa" w:w="1440"/>
          </w:tcPr>
          <w:p>
            <w:r>
              <w:t>Ajuntament de Polinyà</w:t>
            </w:r>
          </w:p>
        </w:tc>
        <w:tc>
          <w:tcPr>
            <w:tcW w:type="dxa" w:w="1440"/>
          </w:tcPr>
          <w:p>
            <w:r>
              <w:t>1.002.995,72 €</w:t>
            </w:r>
          </w:p>
        </w:tc>
        <w:tc>
          <w:tcPr>
            <w:tcW w:type="dxa" w:w="1440"/>
          </w:tcPr>
          <w:p>
            <w:r/>
          </w:p>
        </w:tc>
        <w:tc>
          <w:tcPr>
            <w:tcW w:type="dxa" w:w="1440"/>
          </w:tcPr>
          <w:p>
            <w:r>
              <w:t>26/03/2025 – en curso</w:t>
            </w:r>
          </w:p>
        </w:tc>
        <w:tc>
          <w:tcPr>
            <w:tcW w:type="dxa" w:w="1440"/>
          </w:tcPr>
          <w:p>
            <w:r>
              <w:rPr>
                <w:highlight w:val="yellow"/>
              </w:rPr>
              <w:t>rellenar</w:t>
            </w:r>
          </w:p>
        </w:tc>
      </w:tr>
      <w:tr>
        <w:tc>
          <w:tcPr>
            <w:tcW w:type="dxa" w:w="1440"/>
          </w:tcPr>
          <w:p>
            <w:r>
              <w:t>L’objecte del present contracte és el servei de neteja i desinfecció dels edificis municipals i centres d’ensenyament de Sant Quirze del Vallès, així com la gestió integral del personal del servei, segons el que estableix el Plec de prescripcions tècniques particulars. (lote 1) · exp. 18/2024/P2CONTR</w:t>
            </w:r>
          </w:p>
        </w:tc>
        <w:tc>
          <w:tcPr>
            <w:tcW w:type="dxa" w:w="1440"/>
          </w:tcPr>
          <w:p>
            <w:r>
              <w:t>Ajuntament de Sant Quirze del Vallès</w:t>
            </w:r>
          </w:p>
        </w:tc>
        <w:tc>
          <w:tcPr>
            <w:tcW w:type="dxa" w:w="1440"/>
          </w:tcPr>
          <w:p>
            <w:r>
              <w:t>868.948,26 €</w:t>
            </w:r>
          </w:p>
        </w:tc>
        <w:tc>
          <w:tcPr>
            <w:tcW w:type="dxa" w:w="1440"/>
          </w:tcPr>
          <w:p>
            <w:r/>
          </w:p>
        </w:tc>
        <w:tc>
          <w:tcPr>
            <w:tcW w:type="dxa" w:w="1440"/>
          </w:tcPr>
          <w:p>
            <w:r>
              <w:t>03/01/2025 – en curso</w:t>
            </w:r>
          </w:p>
        </w:tc>
        <w:tc>
          <w:tcPr>
            <w:tcW w:type="dxa" w:w="1440"/>
          </w:tcPr>
          <w:p>
            <w:r>
              <w:rPr>
                <w:highlight w:val="yellow"/>
              </w:rPr>
              <w:t>rellenar</w:t>
            </w:r>
          </w:p>
        </w:tc>
      </w:tr>
      <w:tr>
        <w:tc>
          <w:tcPr>
            <w:tcW w:type="dxa" w:w="1440"/>
          </w:tcPr>
          <w:p>
            <w:r>
              <w:t>L’objecte del present contracte és el servei de neteja i desinfecció dels edificis municipals i centres d’ensenyament de Sant Quirze del Vallès, així com la gestió integral del personal del servei, segons el que estableix el Plec de prescripcions tècniques particulars. (lote 2) · exp. 18/2024/P2CONTR</w:t>
            </w:r>
          </w:p>
        </w:tc>
        <w:tc>
          <w:tcPr>
            <w:tcW w:type="dxa" w:w="1440"/>
          </w:tcPr>
          <w:p>
            <w:r>
              <w:t>Ajuntament de Sant Quirze del Vallès</w:t>
            </w:r>
          </w:p>
        </w:tc>
        <w:tc>
          <w:tcPr>
            <w:tcW w:type="dxa" w:w="1440"/>
          </w:tcPr>
          <w:p>
            <w:r>
              <w:t>1.538.584,50 €</w:t>
            </w:r>
          </w:p>
        </w:tc>
        <w:tc>
          <w:tcPr>
            <w:tcW w:type="dxa" w:w="1440"/>
          </w:tcPr>
          <w:p>
            <w:r/>
          </w:p>
        </w:tc>
        <w:tc>
          <w:tcPr>
            <w:tcW w:type="dxa" w:w="1440"/>
          </w:tcPr>
          <w:p>
            <w:r>
              <w:t>03/01/2025 – en curso</w:t>
            </w:r>
          </w:p>
        </w:tc>
        <w:tc>
          <w:tcPr>
            <w:tcW w:type="dxa" w:w="1440"/>
          </w:tcPr>
          <w:p>
            <w:r>
              <w:rPr>
                <w:highlight w:val="yellow"/>
              </w:rPr>
              <w:t>rellenar</w:t>
            </w:r>
          </w:p>
        </w:tc>
      </w:tr>
      <w:tr>
        <w:tc>
          <w:tcPr>
            <w:tcW w:type="dxa" w:w="1440"/>
          </w:tcPr>
          <w:p>
            <w:r>
              <w:t>Contractació dels serveis de valisa, transport de paqueteria i mostres de la Fundació Institut d’Investigació en Ciències de la Salut Germans Trias i Pujol. · exp. Exp. 12531/2024</w:t>
            </w:r>
          </w:p>
        </w:tc>
        <w:tc>
          <w:tcPr>
            <w:tcW w:type="dxa" w:w="1440"/>
          </w:tcPr>
          <w:p>
            <w:r>
              <w:t>Fundació Institut d'Investigació en Ciències de la Salut Germans Trias i Pujol</w:t>
            </w:r>
          </w:p>
        </w:tc>
        <w:tc>
          <w:tcPr>
            <w:tcW w:type="dxa" w:w="1440"/>
          </w:tcPr>
          <w:p>
            <w:r>
              <w:t>41.980,97 €</w:t>
            </w:r>
          </w:p>
        </w:tc>
        <w:tc>
          <w:tcPr>
            <w:tcW w:type="dxa" w:w="1440"/>
          </w:tcPr>
          <w:p>
            <w:r/>
          </w:p>
        </w:tc>
        <w:tc>
          <w:tcPr>
            <w:tcW w:type="dxa" w:w="1440"/>
          </w:tcPr>
          <w:p>
            <w:r>
              <w:t>30/12/2024 – en curso</w:t>
            </w:r>
          </w:p>
        </w:tc>
        <w:tc>
          <w:tcPr>
            <w:tcW w:type="dxa" w:w="1440"/>
          </w:tcPr>
          <w:p>
            <w:r>
              <w:rPr>
                <w:highlight w:val="yellow"/>
              </w:rPr>
              <w:t>rellenar</w:t>
            </w:r>
          </w:p>
        </w:tc>
      </w:tr>
      <w:tr>
        <w:tc>
          <w:tcPr>
            <w:tcW w:type="dxa" w:w="1440"/>
          </w:tcPr>
          <w:p>
            <w:r>
              <w:t>Servei de neteja dels espais docents, de reunió i administratius, espais exteriors i accessos de l''edifici UAB-Casa Convalescència, ubicat a Barcelona, al carrer Sant Antoni Maria Claret, 171. · exp. 2/2024</w:t>
            </w:r>
          </w:p>
        </w:tc>
        <w:tc>
          <w:tcPr>
            <w:tcW w:type="dxa" w:w="1440"/>
          </w:tcPr>
          <w:p>
            <w:r>
              <w:t>Fundació Universitat Autònoma de Barcelona MP</w:t>
            </w:r>
          </w:p>
        </w:tc>
        <w:tc>
          <w:tcPr>
            <w:tcW w:type="dxa" w:w="1440"/>
          </w:tcPr>
          <w:p>
            <w:r>
              <w:t>280.168,94 €</w:t>
            </w:r>
          </w:p>
        </w:tc>
        <w:tc>
          <w:tcPr>
            <w:tcW w:type="dxa" w:w="1440"/>
          </w:tcPr>
          <w:p>
            <w:r/>
          </w:p>
        </w:tc>
        <w:tc>
          <w:tcPr>
            <w:tcW w:type="dxa" w:w="1440"/>
          </w:tcPr>
          <w:p>
            <w:r>
              <w:t>23/05/2025 – 23/05/2026</w:t>
            </w:r>
          </w:p>
        </w:tc>
        <w:tc>
          <w:tcPr>
            <w:tcW w:type="dxa" w:w="1440"/>
          </w:tcPr>
          <w:p>
            <w:r>
              <w:rPr>
                <w:highlight w:val="yellow"/>
              </w:rPr>
              <w:t>rellenar</w:t>
            </w:r>
          </w:p>
        </w:tc>
      </w:tr>
      <w:tr>
        <w:tc>
          <w:tcPr>
            <w:tcW w:type="dxa" w:w="1440"/>
          </w:tcPr>
          <w:p>
            <w:r>
              <w:t>Servei de neteja EOI Sants · exp. 08062201/2025/001</w:t>
            </w:r>
          </w:p>
        </w:tc>
        <w:tc>
          <w:tcPr>
            <w:tcW w:type="dxa" w:w="1440"/>
          </w:tcPr>
          <w:p>
            <w:r>
              <w:t>Centres educatius Barcelona ciutat - Consorci d'Educació de Barcelona</w:t>
            </w:r>
          </w:p>
        </w:tc>
        <w:tc>
          <w:tcPr>
            <w:tcW w:type="dxa" w:w="1440"/>
          </w:tcPr>
          <w:p>
            <w:r>
              <w:t>16.499,96 €</w:t>
            </w:r>
          </w:p>
        </w:tc>
        <w:tc>
          <w:tcPr>
            <w:tcW w:type="dxa" w:w="1440"/>
          </w:tcPr>
          <w:p>
            <w:r/>
          </w:p>
        </w:tc>
        <w:tc>
          <w:tcPr>
            <w:tcW w:type="dxa" w:w="1440"/>
          </w:tcPr>
          <w:p>
            <w:r>
              <w:t>19/12/2024 – 31/12/2025</w:t>
            </w:r>
          </w:p>
        </w:tc>
        <w:tc>
          <w:tcPr>
            <w:tcW w:type="dxa" w:w="1440"/>
          </w:tcPr>
          <w:p>
            <w:r>
              <w:rPr>
                <w:highlight w:val="yellow"/>
              </w:rPr>
              <w:t>rellenar</w:t>
            </w:r>
          </w:p>
        </w:tc>
      </w:tr>
      <w:tr>
        <w:tc>
          <w:tcPr>
            <w:tcW w:type="dxa" w:w="1440"/>
          </w:tcPr>
          <w:p>
            <w:r>
              <w:t>Prestació dels serveis de neteja en els edificis municipals i centres esportius de La Pobla de Claramunt, així com el control i supervisió dels serveis. · exp. 2024_1501</w:t>
            </w:r>
          </w:p>
        </w:tc>
        <w:tc>
          <w:tcPr>
            <w:tcW w:type="dxa" w:w="1440"/>
          </w:tcPr>
          <w:p>
            <w:r>
              <w:t>Ajuntament de la Pobla de Claramunt</w:t>
            </w:r>
          </w:p>
        </w:tc>
        <w:tc>
          <w:tcPr>
            <w:tcW w:type="dxa" w:w="1440"/>
          </w:tcPr>
          <w:p>
            <w:r>
              <w:t>354.710,26 €</w:t>
            </w:r>
          </w:p>
        </w:tc>
        <w:tc>
          <w:tcPr>
            <w:tcW w:type="dxa" w:w="1440"/>
          </w:tcPr>
          <w:p>
            <w:r/>
          </w:p>
        </w:tc>
        <w:tc>
          <w:tcPr>
            <w:tcW w:type="dxa" w:w="1440"/>
          </w:tcPr>
          <w:p>
            <w:r>
              <w:t>26/02/2025 – en curso</w:t>
            </w:r>
          </w:p>
        </w:tc>
        <w:tc>
          <w:tcPr>
            <w:tcW w:type="dxa" w:w="1440"/>
          </w:tcPr>
          <w:p>
            <w:r>
              <w:rPr>
                <w:highlight w:val="yellow"/>
              </w:rPr>
              <w:t>rellenar</w:t>
            </w:r>
          </w:p>
        </w:tc>
      </w:tr>
      <w:tr>
        <w:tc>
          <w:tcPr>
            <w:tcW w:type="dxa" w:w="1440"/>
          </w:tcPr>
          <w:p>
            <w:r>
              <w:t>Serveis de neteja de les instal·lacions de la seu del Consell Comarcal del Baix Empordà o altres dependències comarcals situades a diversos municipis de la comarca. · exp. 8279/2023-</w:t>
            </w:r>
          </w:p>
        </w:tc>
        <w:tc>
          <w:tcPr>
            <w:tcW w:type="dxa" w:w="1440"/>
          </w:tcPr>
          <w:p>
            <w:r>
              <w:t>Consell Comarcal del Baix Empordà</w:t>
            </w:r>
          </w:p>
        </w:tc>
        <w:tc>
          <w:tcPr>
            <w:tcW w:type="dxa" w:w="1440"/>
          </w:tcPr>
          <w:p>
            <w:r>
              <w:t>82.687,07 €</w:t>
            </w:r>
          </w:p>
        </w:tc>
        <w:tc>
          <w:tcPr>
            <w:tcW w:type="dxa" w:w="1440"/>
          </w:tcPr>
          <w:p>
            <w:r/>
          </w:p>
        </w:tc>
        <w:tc>
          <w:tcPr>
            <w:tcW w:type="dxa" w:w="1440"/>
          </w:tcPr>
          <w:p>
            <w:r>
              <w:t>10/09/2024 – 31/12/2025</w:t>
            </w:r>
          </w:p>
        </w:tc>
        <w:tc>
          <w:tcPr>
            <w:tcW w:type="dxa" w:w="1440"/>
          </w:tcPr>
          <w:p>
            <w:r>
              <w:rPr>
                <w:highlight w:val="yellow"/>
              </w:rPr>
              <w:t>rellenar</w:t>
            </w:r>
          </w:p>
        </w:tc>
      </w:tr>
      <w:tr>
        <w:tc>
          <w:tcPr>
            <w:tcW w:type="dxa" w:w="1440"/>
          </w:tcPr>
          <w:p>
            <w:r>
              <w:t>L’objecte del contracte són els serveis de neteja dels equipaments adscrits a l’Institut de Cultura de Barcelona, amb mesures de contractació pública sostenible (lote 7) · exp. C230002706</w:t>
            </w:r>
          </w:p>
        </w:tc>
        <w:tc>
          <w:tcPr>
            <w:tcW w:type="dxa" w:w="1440"/>
          </w:tcPr>
          <w:p>
            <w:r>
              <w:t>Institut de Cultura de Barcelona</w:t>
            </w:r>
          </w:p>
        </w:tc>
        <w:tc>
          <w:tcPr>
            <w:tcW w:type="dxa" w:w="1440"/>
          </w:tcPr>
          <w:p>
            <w:r>
              <w:t>485.124,02 €</w:t>
            </w:r>
          </w:p>
        </w:tc>
        <w:tc>
          <w:tcPr>
            <w:tcW w:type="dxa" w:w="1440"/>
          </w:tcPr>
          <w:p>
            <w:r/>
          </w:p>
        </w:tc>
        <w:tc>
          <w:tcPr>
            <w:tcW w:type="dxa" w:w="1440"/>
          </w:tcPr>
          <w:p>
            <w:r>
              <w:t>16/06/2025 – en curso</w:t>
            </w:r>
          </w:p>
        </w:tc>
        <w:tc>
          <w:tcPr>
            <w:tcW w:type="dxa" w:w="1440"/>
          </w:tcPr>
          <w:p>
            <w:r>
              <w:rPr>
                <w:highlight w:val="yellow"/>
              </w:rPr>
              <w:t>rellenar</w:t>
            </w:r>
          </w:p>
        </w:tc>
      </w:tr>
      <w:tr>
        <w:tc>
          <w:tcPr>
            <w:tcW w:type="dxa" w:w="1440"/>
          </w:tcPr>
          <w:p>
            <w:r>
              <w:t>L’objecte és la contractació del servei de neteja integral i desinfecció i millora de la sostenibilitat per al Consorci Sanitari de l’Anoia (lote 1) · exp. 22 CSA 2024</w:t>
            </w:r>
          </w:p>
        </w:tc>
        <w:tc>
          <w:tcPr>
            <w:tcW w:type="dxa" w:w="1440"/>
          </w:tcPr>
          <w:p>
            <w:r>
              <w:t>Consorci Sanitari de l'Anoia</w:t>
            </w:r>
          </w:p>
        </w:tc>
        <w:tc>
          <w:tcPr>
            <w:tcW w:type="dxa" w:w="1440"/>
          </w:tcPr>
          <w:p>
            <w:r>
              <w:t>5.755.110,48 €</w:t>
            </w:r>
          </w:p>
        </w:tc>
        <w:tc>
          <w:tcPr>
            <w:tcW w:type="dxa" w:w="1440"/>
          </w:tcPr>
          <w:p>
            <w:r/>
          </w:p>
        </w:tc>
        <w:tc>
          <w:tcPr>
            <w:tcW w:type="dxa" w:w="1440"/>
          </w:tcPr>
          <w:p>
            <w:r>
              <w:t>26/11/2024 – en curso</w:t>
            </w:r>
          </w:p>
        </w:tc>
        <w:tc>
          <w:tcPr>
            <w:tcW w:type="dxa" w:w="1440"/>
          </w:tcPr>
          <w:p>
            <w:r>
              <w:rPr>
                <w:highlight w:val="yellow"/>
              </w:rPr>
              <w:t>rellenar</w:t>
            </w:r>
          </w:p>
        </w:tc>
      </w:tr>
      <w:tr>
        <w:tc>
          <w:tcPr>
            <w:tcW w:type="dxa" w:w="1440"/>
          </w:tcPr>
          <w:p>
            <w:r>
              <w:t>L’objecte és la contractació del servei de neteja integral i desinfecció i millora de la sostenibilitat per al Consorci Sanitari de l’Anoia (lote 2) · exp. 22 CSA 2024</w:t>
            </w:r>
          </w:p>
        </w:tc>
        <w:tc>
          <w:tcPr>
            <w:tcW w:type="dxa" w:w="1440"/>
          </w:tcPr>
          <w:p>
            <w:r>
              <w:t>Consorci Sanitari de l'Anoia</w:t>
            </w:r>
          </w:p>
        </w:tc>
        <w:tc>
          <w:tcPr>
            <w:tcW w:type="dxa" w:w="1440"/>
          </w:tcPr>
          <w:p>
            <w:r>
              <w:t>352.181,78 €</w:t>
            </w:r>
          </w:p>
        </w:tc>
        <w:tc>
          <w:tcPr>
            <w:tcW w:type="dxa" w:w="1440"/>
          </w:tcPr>
          <w:p>
            <w:r/>
          </w:p>
        </w:tc>
        <w:tc>
          <w:tcPr>
            <w:tcW w:type="dxa" w:w="1440"/>
          </w:tcPr>
          <w:p>
            <w:r>
              <w:t>26/11/2024 – en curso</w:t>
            </w:r>
          </w:p>
        </w:tc>
        <w:tc>
          <w:tcPr>
            <w:tcW w:type="dxa" w:w="1440"/>
          </w:tcPr>
          <w:p>
            <w:r>
              <w:rPr>
                <w:highlight w:val="yellow"/>
              </w:rPr>
              <w:t>rellenar</w:t>
            </w:r>
          </w:p>
        </w:tc>
      </w:tr>
      <w:tr>
        <w:tc>
          <w:tcPr>
            <w:tcW w:type="dxa" w:w="1440"/>
          </w:tcPr>
          <w:p>
            <w:r>
              <w:t>Contracte del servei de neteja dels centres municipals de Sant Pere de Vilamajor · exp. 1027/2024</w:t>
            </w:r>
          </w:p>
        </w:tc>
        <w:tc>
          <w:tcPr>
            <w:tcW w:type="dxa" w:w="1440"/>
          </w:tcPr>
          <w:p>
            <w:r>
              <w:t>Ajuntament de Sant Pere de Vilamajor</w:t>
            </w:r>
          </w:p>
        </w:tc>
        <w:tc>
          <w:tcPr>
            <w:tcW w:type="dxa" w:w="1440"/>
          </w:tcPr>
          <w:p>
            <w:r>
              <w:t>163.441,66 €</w:t>
            </w:r>
          </w:p>
        </w:tc>
        <w:tc>
          <w:tcPr>
            <w:tcW w:type="dxa" w:w="1440"/>
          </w:tcPr>
          <w:p>
            <w:r/>
          </w:p>
        </w:tc>
        <w:tc>
          <w:tcPr>
            <w:tcW w:type="dxa" w:w="1440"/>
          </w:tcPr>
          <w:p>
            <w:r>
              <w:t>04/09/2024 – 30/09/2026</w:t>
            </w:r>
          </w:p>
        </w:tc>
        <w:tc>
          <w:tcPr>
            <w:tcW w:type="dxa" w:w="1440"/>
          </w:tcPr>
          <w:p>
            <w:r>
              <w:rPr>
                <w:highlight w:val="yellow"/>
              </w:rPr>
              <w:t>rellenar</w:t>
            </w:r>
          </w:p>
        </w:tc>
      </w:tr>
      <w:tr>
        <w:tc>
          <w:tcPr>
            <w:tcW w:type="dxa" w:w="1440"/>
          </w:tcPr>
          <w:p>
            <w:r>
              <w:t>Serveis de neteja en els centres municipals i les escoles públiques de l’Ajuntament de Palafolls. Les característiques d'aquest contracte, així com les condicions en que han de prestar-se els serveis, venen determinades en el Plec de Prescripcions Tècniques. · exp. X2023004806</w:t>
            </w:r>
          </w:p>
        </w:tc>
        <w:tc>
          <w:tcPr>
            <w:tcW w:type="dxa" w:w="1440"/>
          </w:tcPr>
          <w:p>
            <w:r>
              <w:t>Ajuntament de Palafolls</w:t>
            </w:r>
          </w:p>
        </w:tc>
        <w:tc>
          <w:tcPr>
            <w:tcW w:type="dxa" w:w="1440"/>
          </w:tcPr>
          <w:p>
            <w:r>
              <w:t>716.258,76 €</w:t>
            </w:r>
          </w:p>
        </w:tc>
        <w:tc>
          <w:tcPr>
            <w:tcW w:type="dxa" w:w="1440"/>
          </w:tcPr>
          <w:p>
            <w:r/>
          </w:p>
        </w:tc>
        <w:tc>
          <w:tcPr>
            <w:tcW w:type="dxa" w:w="1440"/>
          </w:tcPr>
          <w:p>
            <w:r>
              <w:t>02/08/2024 – 31/07/2026</w:t>
            </w:r>
          </w:p>
        </w:tc>
        <w:tc>
          <w:tcPr>
            <w:tcW w:type="dxa" w:w="1440"/>
          </w:tcPr>
          <w:p>
            <w:r>
              <w:rPr>
                <w:highlight w:val="yellow"/>
              </w:rPr>
              <w:t>rellenar</w:t>
            </w:r>
          </w:p>
        </w:tc>
      </w:tr>
      <w:tr>
        <w:tc>
          <w:tcPr>
            <w:tcW w:type="dxa" w:w="1440"/>
          </w:tcPr>
          <w:p>
            <w:r>
              <w:t>Servei de neteja de l’Institut Escola l’Agulla · exp. 43012812/2024/02</w:t>
            </w:r>
          </w:p>
        </w:tc>
        <w:tc>
          <w:tcPr>
            <w:tcW w:type="dxa" w:w="1440"/>
          </w:tcPr>
          <w:p>
            <w:r>
              <w:t>Departament d'Educació</w:t>
            </w:r>
          </w:p>
        </w:tc>
        <w:tc>
          <w:tcPr>
            <w:tcW w:type="dxa" w:w="1440"/>
          </w:tcPr>
          <w:p>
            <w:r>
              <w:t>40.248,00 €</w:t>
            </w:r>
          </w:p>
        </w:tc>
        <w:tc>
          <w:tcPr>
            <w:tcW w:type="dxa" w:w="1440"/>
          </w:tcPr>
          <w:p>
            <w:r/>
          </w:p>
        </w:tc>
        <w:tc>
          <w:tcPr>
            <w:tcW w:type="dxa" w:w="1440"/>
          </w:tcPr>
          <w:p>
            <w:r>
              <w:t>24/07/2024 – 31/12/2024</w:t>
            </w:r>
          </w:p>
        </w:tc>
        <w:tc>
          <w:tcPr>
            <w:tcW w:type="dxa" w:w="1440"/>
          </w:tcPr>
          <w:p>
            <w:r>
              <w:rPr>
                <w:highlight w:val="yellow"/>
              </w:rPr>
              <w:t>rellenar</w:t>
            </w:r>
          </w:p>
        </w:tc>
      </w:tr>
      <w:tr>
        <w:tc>
          <w:tcPr>
            <w:tcW w:type="dxa" w:w="1440"/>
          </w:tcPr>
          <w:p>
            <w:r>
              <w:t>Servei de manteniment integral dels edificis del parc sanitari Hospital Joan XXIII, centres IDI i centres d'AP del Camp de Tarragona (lote 1) · exp. CSE/CC00/1101342236/23/PO</w:t>
            </w:r>
          </w:p>
        </w:tc>
        <w:tc>
          <w:tcPr>
            <w:tcW w:type="dxa" w:w="1440"/>
          </w:tcPr>
          <w:p>
            <w:r>
              <w:t>Institut Català de la Salut (ICS)</w:t>
            </w:r>
          </w:p>
        </w:tc>
        <w:tc>
          <w:tcPr>
            <w:tcW w:type="dxa" w:w="1440"/>
          </w:tcPr>
          <w:p>
            <w:r>
              <w:t>767.366,55 €</w:t>
            </w:r>
          </w:p>
        </w:tc>
        <w:tc>
          <w:tcPr>
            <w:tcW w:type="dxa" w:w="1440"/>
          </w:tcPr>
          <w:p>
            <w:r/>
          </w:p>
        </w:tc>
        <w:tc>
          <w:tcPr>
            <w:tcW w:type="dxa" w:w="1440"/>
          </w:tcPr>
          <w:p>
            <w:r>
              <w:t>01/10/2023 – 31/12/2024</w:t>
            </w:r>
          </w:p>
        </w:tc>
        <w:tc>
          <w:tcPr>
            <w:tcW w:type="dxa" w:w="1440"/>
          </w:tcPr>
          <w:p>
            <w:r>
              <w:rPr>
                <w:highlight w:val="yellow"/>
              </w:rPr>
              <w:t>rellenar</w:t>
            </w:r>
          </w:p>
        </w:tc>
      </w:tr>
      <w:tr>
        <w:tc>
          <w:tcPr>
            <w:tcW w:type="dxa" w:w="1440"/>
          </w:tcPr>
          <w:p>
            <w:r>
              <w:t>Servei de manteniment integral dels edificis del parc sanitari Hospital Joan XXIII, centres IDI i centres d'AP del Camp de Tarragona (lote 2) · exp. CSE/CC00/1101342236/23/PO</w:t>
            </w:r>
          </w:p>
        </w:tc>
        <w:tc>
          <w:tcPr>
            <w:tcW w:type="dxa" w:w="1440"/>
          </w:tcPr>
          <w:p>
            <w:r>
              <w:t>Institut Català de la Salut (ICS)</w:t>
            </w:r>
          </w:p>
        </w:tc>
        <w:tc>
          <w:tcPr>
            <w:tcW w:type="dxa" w:w="1440"/>
          </w:tcPr>
          <w:p>
            <w:r>
              <w:t>176.807,40 €</w:t>
            </w:r>
          </w:p>
        </w:tc>
        <w:tc>
          <w:tcPr>
            <w:tcW w:type="dxa" w:w="1440"/>
          </w:tcPr>
          <w:p>
            <w:r/>
          </w:p>
        </w:tc>
        <w:tc>
          <w:tcPr>
            <w:tcW w:type="dxa" w:w="1440"/>
          </w:tcPr>
          <w:p>
            <w:r>
              <w:t>01/10/2023 – 31/12/2024</w:t>
            </w:r>
          </w:p>
        </w:tc>
        <w:tc>
          <w:tcPr>
            <w:tcW w:type="dxa" w:w="1440"/>
          </w:tcPr>
          <w:p>
            <w:r>
              <w:rPr>
                <w:highlight w:val="yellow"/>
              </w:rPr>
              <w:t>rellenar</w:t>
            </w:r>
          </w:p>
        </w:tc>
      </w:tr>
      <w:tr>
        <w:tc>
          <w:tcPr>
            <w:tcW w:type="dxa" w:w="1440"/>
          </w:tcPr>
          <w:p>
            <w:r>
              <w:t>Servei de manteniment integral dels edificis del parc sanitari Hospital Joan XXIII, centres IDI i centres d'AP del Camp de Tarragona (lote 3) · exp. CSE/CC00/1101342236/23/PO</w:t>
            </w:r>
          </w:p>
        </w:tc>
        <w:tc>
          <w:tcPr>
            <w:tcW w:type="dxa" w:w="1440"/>
          </w:tcPr>
          <w:p>
            <w:r>
              <w:t>Institut Català de la Salut (ICS)</w:t>
            </w:r>
          </w:p>
        </w:tc>
        <w:tc>
          <w:tcPr>
            <w:tcW w:type="dxa" w:w="1440"/>
          </w:tcPr>
          <w:p>
            <w:r>
              <w:t>451.524,90 €</w:t>
            </w:r>
          </w:p>
        </w:tc>
        <w:tc>
          <w:tcPr>
            <w:tcW w:type="dxa" w:w="1440"/>
          </w:tcPr>
          <w:p>
            <w:r/>
          </w:p>
        </w:tc>
        <w:tc>
          <w:tcPr>
            <w:tcW w:type="dxa" w:w="1440"/>
          </w:tcPr>
          <w:p>
            <w:r>
              <w:t>01/10/2023 – 31/12/2024</w:t>
            </w:r>
          </w:p>
        </w:tc>
        <w:tc>
          <w:tcPr>
            <w:tcW w:type="dxa" w:w="1440"/>
          </w:tcPr>
          <w:p>
            <w:r>
              <w:rPr>
                <w:highlight w:val="yellow"/>
              </w:rPr>
              <w:t>rellenar</w:t>
            </w:r>
          </w:p>
        </w:tc>
      </w:tr>
      <w:tr>
        <w:tc>
          <w:tcPr>
            <w:tcW w:type="dxa" w:w="1440"/>
          </w:tcPr>
          <w:p>
            <w:r>
              <w:t>Servei de manteniment integral dels edificis del parc sanitari Hospital Joan XXIII, centres IDI i centres d'AP del Camp de Tarragona (lote 4) · exp. CSE/CC00/1101342236/23/PO</w:t>
            </w:r>
          </w:p>
        </w:tc>
        <w:tc>
          <w:tcPr>
            <w:tcW w:type="dxa" w:w="1440"/>
          </w:tcPr>
          <w:p>
            <w:r>
              <w:t>Institut Català de la Salut (ICS)</w:t>
            </w:r>
          </w:p>
        </w:tc>
        <w:tc>
          <w:tcPr>
            <w:tcW w:type="dxa" w:w="1440"/>
          </w:tcPr>
          <w:p>
            <w:r>
              <w:t>78.620,10 €</w:t>
            </w:r>
          </w:p>
        </w:tc>
        <w:tc>
          <w:tcPr>
            <w:tcW w:type="dxa" w:w="1440"/>
          </w:tcPr>
          <w:p>
            <w:r/>
          </w:p>
        </w:tc>
        <w:tc>
          <w:tcPr>
            <w:tcW w:type="dxa" w:w="1440"/>
          </w:tcPr>
          <w:p>
            <w:r>
              <w:t>01/10/2023 – 31/12/2024</w:t>
            </w:r>
          </w:p>
        </w:tc>
        <w:tc>
          <w:tcPr>
            <w:tcW w:type="dxa" w:w="1440"/>
          </w:tcPr>
          <w:p>
            <w:r>
              <w:rPr>
                <w:highlight w:val="yellow"/>
              </w:rPr>
              <w:t>rellenar</w:t>
            </w:r>
          </w:p>
        </w:tc>
      </w:tr>
      <w:tr>
        <w:tc>
          <w:tcPr>
            <w:tcW w:type="dxa" w:w="1440"/>
          </w:tcPr>
          <w:p>
            <w:r>
              <w:t xml:space="preserve">servei de neteja i recollida selectiva dels edificis i locals municipals adscrits als diferents Districtes, </w:t>
              <w:br/>
              <w:br/>
              <w:t>Gerències i L'Institut Municipal de Parcs i Jardins de l'Ajuntament de Barcelona anys 2024-2028 (lote 10) · exp. 001/23003294</w:t>
            </w:r>
          </w:p>
        </w:tc>
        <w:tc>
          <w:tcPr>
            <w:tcW w:type="dxa" w:w="1440"/>
          </w:tcPr>
          <w:p>
            <w:r>
              <w:t>Ajuntament de Barcelona</w:t>
            </w:r>
          </w:p>
        </w:tc>
        <w:tc>
          <w:tcPr>
            <w:tcW w:type="dxa" w:w="1440"/>
          </w:tcPr>
          <w:p>
            <w:r>
              <w:t>6.984.108,22 €</w:t>
            </w:r>
          </w:p>
        </w:tc>
        <w:tc>
          <w:tcPr>
            <w:tcW w:type="dxa" w:w="1440"/>
          </w:tcPr>
          <w:p>
            <w:r/>
          </w:p>
        </w:tc>
        <w:tc>
          <w:tcPr>
            <w:tcW w:type="dxa" w:w="1440"/>
          </w:tcPr>
          <w:p>
            <w:r>
              <w:t>01/01/2025 – en curso</w:t>
            </w:r>
          </w:p>
        </w:tc>
        <w:tc>
          <w:tcPr>
            <w:tcW w:type="dxa" w:w="1440"/>
          </w:tcPr>
          <w:p>
            <w:r>
              <w:rPr>
                <w:highlight w:val="yellow"/>
              </w:rPr>
              <w:t>rellenar</w:t>
            </w:r>
          </w:p>
        </w:tc>
      </w:tr>
      <w:tr>
        <w:tc>
          <w:tcPr>
            <w:tcW w:type="dxa" w:w="1440"/>
          </w:tcPr>
          <w:p>
            <w:r>
              <w:t xml:space="preserve">servei de neteja i recollida selectiva dels edificis i locals municipals adscrits als diferents Districtes, </w:t>
              <w:br/>
              <w:br/>
              <w:t>Gerències i L'Institut Municipal de Parcs i Jardins de l'Ajuntament de Barcelona anys 2024-2028 (lote 3) · exp. 001/23003294</w:t>
            </w:r>
          </w:p>
        </w:tc>
        <w:tc>
          <w:tcPr>
            <w:tcW w:type="dxa" w:w="1440"/>
          </w:tcPr>
          <w:p>
            <w:r>
              <w:t>Ajuntament de Barcelona</w:t>
            </w:r>
          </w:p>
        </w:tc>
        <w:tc>
          <w:tcPr>
            <w:tcW w:type="dxa" w:w="1440"/>
          </w:tcPr>
          <w:p>
            <w:r>
              <w:t>4.945.688,71 €</w:t>
            </w:r>
          </w:p>
        </w:tc>
        <w:tc>
          <w:tcPr>
            <w:tcW w:type="dxa" w:w="1440"/>
          </w:tcPr>
          <w:p>
            <w:r/>
          </w:p>
        </w:tc>
        <w:tc>
          <w:tcPr>
            <w:tcW w:type="dxa" w:w="1440"/>
          </w:tcPr>
          <w:p>
            <w:r>
              <w:t>01/01/2025 – en curso</w:t>
            </w:r>
          </w:p>
        </w:tc>
        <w:tc>
          <w:tcPr>
            <w:tcW w:type="dxa" w:w="1440"/>
          </w:tcPr>
          <w:p>
            <w:r>
              <w:rPr>
                <w:highlight w:val="yellow"/>
              </w:rPr>
              <w:t>rellenar</w:t>
            </w:r>
          </w:p>
        </w:tc>
      </w:tr>
      <w:tr>
        <w:tc>
          <w:tcPr>
            <w:tcW w:type="dxa" w:w="1440"/>
          </w:tcPr>
          <w:p>
            <w:r>
              <w:t xml:space="preserve">servei de neteja i recollida selectiva dels edificis i locals municipals adscrits als diferents Districtes, </w:t>
              <w:br/>
              <w:br/>
              <w:t>Gerències i L'Institut Municipal de Parcs i Jardins de l'Ajuntament de Barcelona anys 2024-2028 (lote 4) · exp. 001/23003294</w:t>
            </w:r>
          </w:p>
        </w:tc>
        <w:tc>
          <w:tcPr>
            <w:tcW w:type="dxa" w:w="1440"/>
          </w:tcPr>
          <w:p>
            <w:r>
              <w:t>Ajuntament de Barcelona</w:t>
            </w:r>
          </w:p>
        </w:tc>
        <w:tc>
          <w:tcPr>
            <w:tcW w:type="dxa" w:w="1440"/>
          </w:tcPr>
          <w:p>
            <w:r>
              <w:t>8.476.926,78 €</w:t>
            </w:r>
          </w:p>
        </w:tc>
        <w:tc>
          <w:tcPr>
            <w:tcW w:type="dxa" w:w="1440"/>
          </w:tcPr>
          <w:p>
            <w:r/>
          </w:p>
        </w:tc>
        <w:tc>
          <w:tcPr>
            <w:tcW w:type="dxa" w:w="1440"/>
          </w:tcPr>
          <w:p>
            <w:r>
              <w:t>01/01/2025 – en curso</w:t>
            </w:r>
          </w:p>
        </w:tc>
        <w:tc>
          <w:tcPr>
            <w:tcW w:type="dxa" w:w="1440"/>
          </w:tcPr>
          <w:p>
            <w:r>
              <w:rPr>
                <w:highlight w:val="yellow"/>
              </w:rPr>
              <w:t>rellenar</w:t>
            </w:r>
          </w:p>
        </w:tc>
      </w:tr>
      <w:tr>
        <w:tc>
          <w:tcPr>
            <w:tcW w:type="dxa" w:w="1440"/>
          </w:tcPr>
          <w:p>
            <w:r>
              <w:t>08047431-2024-001 servei de neteja del centre IES XXV Olimpíada · exp. 08047431-2024-001</w:t>
            </w:r>
          </w:p>
        </w:tc>
        <w:tc>
          <w:tcPr>
            <w:tcW w:type="dxa" w:w="1440"/>
          </w:tcPr>
          <w:p>
            <w:r>
              <w:t>Centres educatius Barcelona ciutat - Consorci d'Educació de Barcelona</w:t>
            </w:r>
          </w:p>
        </w:tc>
        <w:tc>
          <w:tcPr>
            <w:tcW w:type="dxa" w:w="1440"/>
          </w:tcPr>
          <w:p>
            <w:r>
              <w:t>45.312,10 €</w:t>
            </w:r>
          </w:p>
        </w:tc>
        <w:tc>
          <w:tcPr>
            <w:tcW w:type="dxa" w:w="1440"/>
          </w:tcPr>
          <w:p>
            <w:r/>
          </w:p>
        </w:tc>
        <w:tc>
          <w:tcPr>
            <w:tcW w:type="dxa" w:w="1440"/>
          </w:tcPr>
          <w:p>
            <w:r>
              <w:t>31/05/2024 – 31/05/2025</w:t>
            </w:r>
          </w:p>
        </w:tc>
        <w:tc>
          <w:tcPr>
            <w:tcW w:type="dxa" w:w="1440"/>
          </w:tcPr>
          <w:p>
            <w:r>
              <w:rPr>
                <w:highlight w:val="yellow"/>
              </w:rPr>
              <w:t>rellenar</w:t>
            </w:r>
          </w:p>
        </w:tc>
      </w:tr>
      <w:tr>
        <w:tc>
          <w:tcPr>
            <w:tcW w:type="dxa" w:w="1440"/>
          </w:tcPr>
          <w:p>
            <w:r>
              <w:t>Servei de neteja de l’Institut Narcís Oller · exp. 43004608/2024/02</w:t>
            </w:r>
          </w:p>
        </w:tc>
        <w:tc>
          <w:tcPr>
            <w:tcW w:type="dxa" w:w="1440"/>
          </w:tcPr>
          <w:p>
            <w:r>
              <w:t>Departament d'Educació</w:t>
            </w:r>
          </w:p>
        </w:tc>
        <w:tc>
          <w:tcPr>
            <w:tcW w:type="dxa" w:w="1440"/>
          </w:tcPr>
          <w:p>
            <w:r>
              <w:t>63.599,62 €</w:t>
            </w:r>
          </w:p>
        </w:tc>
        <w:tc>
          <w:tcPr>
            <w:tcW w:type="dxa" w:w="1440"/>
          </w:tcPr>
          <w:p>
            <w:r/>
          </w:p>
        </w:tc>
        <w:tc>
          <w:tcPr>
            <w:tcW w:type="dxa" w:w="1440"/>
          </w:tcPr>
          <w:p>
            <w:r>
              <w:t>24/04/2024 – 31/12/2024</w:t>
            </w:r>
          </w:p>
        </w:tc>
        <w:tc>
          <w:tcPr>
            <w:tcW w:type="dxa" w:w="1440"/>
          </w:tcPr>
          <w:p>
            <w:r>
              <w:rPr>
                <w:highlight w:val="yellow"/>
              </w:rPr>
              <w:t>rellenar</w:t>
            </w:r>
          </w:p>
        </w:tc>
      </w:tr>
      <w:tr>
        <w:tc>
          <w:tcPr>
            <w:tcW w:type="dxa" w:w="1440"/>
          </w:tcPr>
          <w:p>
            <w:r>
              <w:t>Servei de neteja dels centres d’Atenció Primària i Centre Corporatiu de l’Institut Català de la Salut (ICS) i centres d’Atenció Primària de Gestió de Serveis Sanitaris (GSS): Centres d’Atenció Primària (Terres de l’Ebre, Barcelona Ciutat, Metropolitana Nord, Catalunya Central, Girona, Tarragona, Lleida, Metropolitana Sud i Pirineu-Aran)  i Centre Corporatiu de l’ ICS i centres d’Atenció Primària GSS (Lleida i Alt Pirineu-Aran) · exp. CSE/CC00/1101379920/24/PO</w:t>
            </w:r>
          </w:p>
        </w:tc>
        <w:tc>
          <w:tcPr>
            <w:tcW w:type="dxa" w:w="1440"/>
          </w:tcPr>
          <w:p>
            <w:r>
              <w:t>Institut Català de la Salut (ICS)</w:t>
            </w:r>
          </w:p>
        </w:tc>
        <w:tc>
          <w:tcPr>
            <w:tcW w:type="dxa" w:w="1440"/>
          </w:tcPr>
          <w:p>
            <w:r>
              <w:t>59.662.361,22 €</w:t>
            </w:r>
          </w:p>
        </w:tc>
        <w:tc>
          <w:tcPr>
            <w:tcW w:type="dxa" w:w="1440"/>
          </w:tcPr>
          <w:p>
            <w:r/>
          </w:p>
        </w:tc>
        <w:tc>
          <w:tcPr>
            <w:tcW w:type="dxa" w:w="1440"/>
          </w:tcPr>
          <w:p>
            <w:r>
              <w:t>19/07/2024 – en curso</w:t>
            </w:r>
          </w:p>
        </w:tc>
        <w:tc>
          <w:tcPr>
            <w:tcW w:type="dxa" w:w="1440"/>
          </w:tcPr>
          <w:p>
            <w:r>
              <w:rPr>
                <w:highlight w:val="yellow"/>
              </w:rPr>
              <w:t>rellenar</w:t>
            </w:r>
          </w:p>
        </w:tc>
      </w:tr>
      <w:tr>
        <w:tc>
          <w:tcPr>
            <w:tcW w:type="dxa" w:w="1440"/>
          </w:tcPr>
          <w:p>
            <w:r>
              <w:t>PRBB-2024-20003 - Servei de neteja i del servei de control de plagues per a l’edifici i instal·lacions del Parc de Recerca Biomèdica de Barcelona. (lote 1) · exp. PRBB-2024-20003</w:t>
            </w:r>
          </w:p>
        </w:tc>
        <w:tc>
          <w:tcPr>
            <w:tcW w:type="dxa" w:w="1440"/>
          </w:tcPr>
          <w:p>
            <w:r>
              <w:t>Consorci Parc de Recerca Biomèdica de Barcelona</w:t>
            </w:r>
          </w:p>
        </w:tc>
        <w:tc>
          <w:tcPr>
            <w:tcW w:type="dxa" w:w="1440"/>
          </w:tcPr>
          <w:p>
            <w:r>
              <w:t>794.475,94 €</w:t>
            </w:r>
          </w:p>
        </w:tc>
        <w:tc>
          <w:tcPr>
            <w:tcW w:type="dxa" w:w="1440"/>
          </w:tcPr>
          <w:p>
            <w:r/>
          </w:p>
        </w:tc>
        <w:tc>
          <w:tcPr>
            <w:tcW w:type="dxa" w:w="1440"/>
          </w:tcPr>
          <w:p>
            <w:r>
              <w:t>11/04/2024 – 30/04/2025</w:t>
            </w:r>
          </w:p>
        </w:tc>
        <w:tc>
          <w:tcPr>
            <w:tcW w:type="dxa" w:w="1440"/>
          </w:tcPr>
          <w:p>
            <w:r>
              <w:rPr>
                <w:highlight w:val="yellow"/>
              </w:rPr>
              <w:t>rellenar</w:t>
            </w:r>
          </w:p>
        </w:tc>
      </w:tr>
      <w:tr>
        <w:tc>
          <w:tcPr>
            <w:tcW w:type="dxa" w:w="1440"/>
          </w:tcPr>
          <w:p>
            <w:r>
              <w:t>Servei de neteja integral de l'Hospital Universitari de Bellvitge, Hospital de Viladecans i centres adherits: Institut de Diagnòstic per la Imatge i Banc de Sang i Teixits (lote 1) · exp. CSE/CC00/1101372114/24/PO</w:t>
            </w:r>
          </w:p>
        </w:tc>
        <w:tc>
          <w:tcPr>
            <w:tcW w:type="dxa" w:w="1440"/>
          </w:tcPr>
          <w:p>
            <w:r>
              <w:t>Institut Català de la Salut (ICS)</w:t>
            </w:r>
          </w:p>
        </w:tc>
        <w:tc>
          <w:tcPr>
            <w:tcW w:type="dxa" w:w="1440"/>
          </w:tcPr>
          <w:p>
            <w:r>
              <w:t>33.951.218,68 €</w:t>
            </w:r>
          </w:p>
        </w:tc>
        <w:tc>
          <w:tcPr>
            <w:tcW w:type="dxa" w:w="1440"/>
          </w:tcPr>
          <w:p>
            <w:r/>
          </w:p>
        </w:tc>
        <w:tc>
          <w:tcPr>
            <w:tcW w:type="dxa" w:w="1440"/>
          </w:tcPr>
          <w:p>
            <w:r>
              <w:t>31/05/2024 – en curso</w:t>
            </w:r>
          </w:p>
        </w:tc>
        <w:tc>
          <w:tcPr>
            <w:tcW w:type="dxa" w:w="1440"/>
          </w:tcPr>
          <w:p>
            <w:r>
              <w:rPr>
                <w:highlight w:val="yellow"/>
              </w:rPr>
              <w:t>rellenar</w:t>
            </w:r>
          </w:p>
        </w:tc>
      </w:tr>
      <w:tr>
        <w:tc>
          <w:tcPr>
            <w:tcW w:type="dxa" w:w="1440"/>
          </w:tcPr>
          <w:p>
            <w:r>
              <w:t>Servei de neteja integral de l'Hospital Universitari de Bellvitge, Hospital de Viladecans i centres adherits: Institut de Diagnòstic per la Imatge i Banc de Sang i Teixits (lote 2) · exp. CSE/CC00/1101372114/24/PO</w:t>
            </w:r>
          </w:p>
        </w:tc>
        <w:tc>
          <w:tcPr>
            <w:tcW w:type="dxa" w:w="1440"/>
          </w:tcPr>
          <w:p>
            <w:r>
              <w:t>Institut Català de la Salut (ICS)</w:t>
            </w:r>
          </w:p>
        </w:tc>
        <w:tc>
          <w:tcPr>
            <w:tcW w:type="dxa" w:w="1440"/>
          </w:tcPr>
          <w:p>
            <w:r>
              <w:t>5.790.891,59 €</w:t>
            </w:r>
          </w:p>
        </w:tc>
        <w:tc>
          <w:tcPr>
            <w:tcW w:type="dxa" w:w="1440"/>
          </w:tcPr>
          <w:p>
            <w:r/>
          </w:p>
        </w:tc>
        <w:tc>
          <w:tcPr>
            <w:tcW w:type="dxa" w:w="1440"/>
          </w:tcPr>
          <w:p>
            <w:r>
              <w:t>31/05/2024 – en curso</w:t>
            </w:r>
          </w:p>
        </w:tc>
        <w:tc>
          <w:tcPr>
            <w:tcW w:type="dxa" w:w="1440"/>
          </w:tcPr>
          <w:p>
            <w:r>
              <w:rPr>
                <w:highlight w:val="yellow"/>
              </w:rPr>
              <w:t>rellenar</w:t>
            </w:r>
          </w:p>
        </w:tc>
      </w:tr>
      <w:tr>
        <w:tc>
          <w:tcPr>
            <w:tcW w:type="dxa" w:w="1440"/>
          </w:tcPr>
          <w:p>
            <w:r>
              <w:t>Servei de neteja integral de l'Hospital Universitari de Bellvitge, Hospital de Viladecans i centres adherits: Institut de Diagnòstic per la Imatge i Banc de Sang i Teixits (lote 3) · exp. CSE/CC00/1101372114/24/PO</w:t>
            </w:r>
          </w:p>
        </w:tc>
        <w:tc>
          <w:tcPr>
            <w:tcW w:type="dxa" w:w="1440"/>
          </w:tcPr>
          <w:p>
            <w:r>
              <w:t>Institut Català de la Salut (ICS)</w:t>
            </w:r>
          </w:p>
        </w:tc>
        <w:tc>
          <w:tcPr>
            <w:tcW w:type="dxa" w:w="1440"/>
          </w:tcPr>
          <w:p>
            <w:r>
              <w:t>144.688,06 €</w:t>
            </w:r>
          </w:p>
        </w:tc>
        <w:tc>
          <w:tcPr>
            <w:tcW w:type="dxa" w:w="1440"/>
          </w:tcPr>
          <w:p>
            <w:r/>
          </w:p>
        </w:tc>
        <w:tc>
          <w:tcPr>
            <w:tcW w:type="dxa" w:w="1440"/>
          </w:tcPr>
          <w:p>
            <w:r>
              <w:t>31/05/2024 – en curso</w:t>
            </w:r>
          </w:p>
        </w:tc>
        <w:tc>
          <w:tcPr>
            <w:tcW w:type="dxa" w:w="1440"/>
          </w:tcPr>
          <w:p>
            <w:r>
              <w:rPr>
                <w:highlight w:val="yellow"/>
              </w:rPr>
              <w:t>rellenar</w:t>
            </w:r>
          </w:p>
        </w:tc>
      </w:tr>
      <w:tr>
        <w:tc>
          <w:tcPr>
            <w:tcW w:type="dxa" w:w="1440"/>
          </w:tcPr>
          <w:p>
            <w:r>
              <w:t>Servei de neteja integral de l'Hospital Universitari de Bellvitge, Hospital de Viladecans i centres adherits: Institut de Diagnòstic per la Imatge i Banc de Sang i Teixits (lote 4) · exp. CSE/CC00/1101372114/24/PO</w:t>
            </w:r>
          </w:p>
        </w:tc>
        <w:tc>
          <w:tcPr>
            <w:tcW w:type="dxa" w:w="1440"/>
          </w:tcPr>
          <w:p>
            <w:r>
              <w:t>Institut Català de la Salut (ICS)</w:t>
            </w:r>
          </w:p>
        </w:tc>
        <w:tc>
          <w:tcPr>
            <w:tcW w:type="dxa" w:w="1440"/>
          </w:tcPr>
          <w:p>
            <w:r>
              <w:t>146.195,76 €</w:t>
            </w:r>
          </w:p>
        </w:tc>
        <w:tc>
          <w:tcPr>
            <w:tcW w:type="dxa" w:w="1440"/>
          </w:tcPr>
          <w:p>
            <w:r/>
          </w:p>
        </w:tc>
        <w:tc>
          <w:tcPr>
            <w:tcW w:type="dxa" w:w="1440"/>
          </w:tcPr>
          <w:p>
            <w:r>
              <w:t>31/05/2024 – en curso</w:t>
            </w:r>
          </w:p>
        </w:tc>
        <w:tc>
          <w:tcPr>
            <w:tcW w:type="dxa" w:w="1440"/>
          </w:tcPr>
          <w:p>
            <w:r>
              <w:rPr>
                <w:highlight w:val="yellow"/>
              </w:rPr>
              <w:t>rellenar</w:t>
            </w:r>
          </w:p>
        </w:tc>
      </w:tr>
      <w:tr>
        <w:tc>
          <w:tcPr>
            <w:tcW w:type="dxa" w:w="1440"/>
          </w:tcPr>
          <w:p>
            <w:r>
              <w:t>Prestació del servei de neteja i desinfecció ordinària dels edificis i dependències de la Universitat de Girona. · exp. UdG-2023-0041</w:t>
            </w:r>
          </w:p>
        </w:tc>
        <w:tc>
          <w:tcPr>
            <w:tcW w:type="dxa" w:w="1440"/>
          </w:tcPr>
          <w:p>
            <w:r>
              <w:t>Universitat de Girona</w:t>
            </w:r>
          </w:p>
        </w:tc>
        <w:tc>
          <w:tcPr>
            <w:tcW w:type="dxa" w:w="1440"/>
          </w:tcPr>
          <w:p>
            <w:r>
              <w:t>3.211.282,74 €</w:t>
            </w:r>
          </w:p>
        </w:tc>
        <w:tc>
          <w:tcPr>
            <w:tcW w:type="dxa" w:w="1440"/>
          </w:tcPr>
          <w:p>
            <w:r/>
          </w:p>
        </w:tc>
        <w:tc>
          <w:tcPr>
            <w:tcW w:type="dxa" w:w="1440"/>
          </w:tcPr>
          <w:p>
            <w:r>
              <w:t>26/09/2024 – 30/09/2026</w:t>
            </w:r>
          </w:p>
        </w:tc>
        <w:tc>
          <w:tcPr>
            <w:tcW w:type="dxa" w:w="1440"/>
          </w:tcPr>
          <w:p>
            <w:r>
              <w:rPr>
                <w:highlight w:val="yellow"/>
              </w:rPr>
              <w:t>rellenar</w:t>
            </w:r>
          </w:p>
        </w:tc>
      </w:tr>
      <w:tr>
        <w:tc>
          <w:tcPr>
            <w:tcW w:type="dxa" w:w="1440"/>
          </w:tcPr>
          <w:p>
            <w:r>
              <w:t>Les actuacions objecte de la prestació d'aquest servei tenen com a finalitat la realització dels serveis de neteja en els edificis, locals i dependències de l'Institut Joan Ramon Benaprès de Sitges. · exp. 08043981/2024/01</w:t>
            </w:r>
          </w:p>
        </w:tc>
        <w:tc>
          <w:tcPr>
            <w:tcW w:type="dxa" w:w="1440"/>
          </w:tcPr>
          <w:p>
            <w:r>
              <w:t>Departament d'Educació</w:t>
            </w:r>
          </w:p>
        </w:tc>
        <w:tc>
          <w:tcPr>
            <w:tcW w:type="dxa" w:w="1440"/>
          </w:tcPr>
          <w:p>
            <w:r>
              <w:t>0,00 €</w:t>
            </w:r>
          </w:p>
        </w:tc>
        <w:tc>
          <w:tcPr>
            <w:tcW w:type="dxa" w:w="1440"/>
          </w:tcPr>
          <w:p>
            <w:r/>
          </w:p>
        </w:tc>
        <w:tc>
          <w:tcPr>
            <w:tcW w:type="dxa" w:w="1440"/>
          </w:tcPr>
          <w:p>
            <w:r>
              <w:t>01/01/2024 – 31/12/2024</w:t>
            </w:r>
          </w:p>
        </w:tc>
        <w:tc>
          <w:tcPr>
            <w:tcW w:type="dxa" w:w="1440"/>
          </w:tcPr>
          <w:p>
            <w:r>
              <w:rPr>
                <w:highlight w:val="yellow"/>
              </w:rPr>
              <w:t>rellenar</w:t>
            </w:r>
          </w:p>
        </w:tc>
      </w:tr>
      <w:tr>
        <w:tc>
          <w:tcPr>
            <w:tcW w:type="dxa" w:w="1440"/>
          </w:tcPr>
          <w:p>
            <w:r>
              <w:t>BAM neteja Edificis, Centres penitenciaris i educatius 2024 (lote 1) · exp. JU-2024-7</w:t>
            </w:r>
          </w:p>
        </w:tc>
        <w:tc>
          <w:tcPr>
            <w:tcW w:type="dxa" w:w="1440"/>
          </w:tcPr>
          <w:p>
            <w:r>
              <w:t>Departament de Justícia, Drets i Memòria</w:t>
            </w:r>
          </w:p>
        </w:tc>
        <w:tc>
          <w:tcPr>
            <w:tcW w:type="dxa" w:w="1440"/>
          </w:tcPr>
          <w:p>
            <w:r>
              <w:t>76.569,36 €</w:t>
            </w:r>
          </w:p>
        </w:tc>
        <w:tc>
          <w:tcPr>
            <w:tcW w:type="dxa" w:w="1440"/>
          </w:tcPr>
          <w:p>
            <w:r/>
          </w:p>
        </w:tc>
        <w:tc>
          <w:tcPr>
            <w:tcW w:type="dxa" w:w="1440"/>
          </w:tcPr>
          <w:p>
            <w:r>
              <w:t>05/04/2024 – 31/12/2024</w:t>
            </w:r>
          </w:p>
        </w:tc>
        <w:tc>
          <w:tcPr>
            <w:tcW w:type="dxa" w:w="1440"/>
          </w:tcPr>
          <w:p>
            <w:r>
              <w:rPr>
                <w:highlight w:val="yellow"/>
              </w:rPr>
              <w:t>rellenar</w:t>
            </w:r>
          </w:p>
        </w:tc>
      </w:tr>
      <w:tr>
        <w:tc>
          <w:tcPr>
            <w:tcW w:type="dxa" w:w="1440"/>
          </w:tcPr>
          <w:p>
            <w:r>
              <w:t>BAM neteja Edificis, Centres penitenciaris i educatius 2024 (lote 7) · exp. JU-2024-7</w:t>
            </w:r>
          </w:p>
        </w:tc>
        <w:tc>
          <w:tcPr>
            <w:tcW w:type="dxa" w:w="1440"/>
          </w:tcPr>
          <w:p>
            <w:r>
              <w:t>Departament de Justícia, Drets i Memòria</w:t>
            </w:r>
          </w:p>
        </w:tc>
        <w:tc>
          <w:tcPr>
            <w:tcW w:type="dxa" w:w="1440"/>
          </w:tcPr>
          <w:p>
            <w:r>
              <w:t>313.696,24 €</w:t>
            </w:r>
          </w:p>
        </w:tc>
        <w:tc>
          <w:tcPr>
            <w:tcW w:type="dxa" w:w="1440"/>
          </w:tcPr>
          <w:p>
            <w:r/>
          </w:p>
        </w:tc>
        <w:tc>
          <w:tcPr>
            <w:tcW w:type="dxa" w:w="1440"/>
          </w:tcPr>
          <w:p>
            <w:r>
              <w:t>05/04/2024 – 31/12/2024</w:t>
            </w:r>
          </w:p>
        </w:tc>
        <w:tc>
          <w:tcPr>
            <w:tcW w:type="dxa" w:w="1440"/>
          </w:tcPr>
          <w:p>
            <w:r>
              <w:rPr>
                <w:highlight w:val="yellow"/>
              </w:rPr>
              <w:t>rellenar</w:t>
            </w:r>
          </w:p>
        </w:tc>
      </w:tr>
      <w:tr>
        <w:tc>
          <w:tcPr>
            <w:tcW w:type="dxa" w:w="1440"/>
          </w:tcPr>
          <w:p>
            <w:r>
              <w:t>Les actuacions objecte de la prestació d'aquest servei tenen com a finalitat la realització dels serveis de neteja en els edificis, locals i dependències de l'Institut Eugeni d'Ors de Vilafranca del Penedès. · exp. 08031459/2024/01</w:t>
            </w:r>
          </w:p>
        </w:tc>
        <w:tc>
          <w:tcPr>
            <w:tcW w:type="dxa" w:w="1440"/>
          </w:tcPr>
          <w:p>
            <w:r>
              <w:t>Departament d'Educació</w:t>
            </w:r>
          </w:p>
        </w:tc>
        <w:tc>
          <w:tcPr>
            <w:tcW w:type="dxa" w:w="1440"/>
          </w:tcPr>
          <w:p>
            <w:r>
              <w:t>0,00 €</w:t>
            </w:r>
          </w:p>
        </w:tc>
        <w:tc>
          <w:tcPr>
            <w:tcW w:type="dxa" w:w="1440"/>
          </w:tcPr>
          <w:p>
            <w:r/>
          </w:p>
        </w:tc>
        <w:tc>
          <w:tcPr>
            <w:tcW w:type="dxa" w:w="1440"/>
          </w:tcPr>
          <w:p>
            <w:r>
              <w:t>01/01/2024 – 31/12/2024</w:t>
            </w:r>
          </w:p>
        </w:tc>
        <w:tc>
          <w:tcPr>
            <w:tcW w:type="dxa" w:w="1440"/>
          </w:tcPr>
          <w:p>
            <w:r>
              <w:rPr>
                <w:highlight w:val="yellow"/>
              </w:rPr>
              <w:t>rellenar</w:t>
            </w:r>
          </w:p>
        </w:tc>
      </w:tr>
      <w:tr>
        <w:tc>
          <w:tcPr>
            <w:tcW w:type="dxa" w:w="1440"/>
          </w:tcPr>
          <w:p>
            <w:r>
              <w:t>Serveis de neteja d'oficines, serveis comuns i exteriors a les instal.lacions de la PVE. LOT 1 · exp. CTTE510L0102</w:t>
            </w:r>
          </w:p>
        </w:tc>
        <w:tc>
          <w:tcPr>
            <w:tcW w:type="dxa" w:w="1440"/>
          </w:tcPr>
          <w:p>
            <w:r>
              <w:t>Tractament i Selecció de Residus, S.A.</w:t>
            </w:r>
          </w:p>
        </w:tc>
        <w:tc>
          <w:tcPr>
            <w:tcW w:type="dxa" w:w="1440"/>
          </w:tcPr>
          <w:p>
            <w:r>
              <w:t>57.559,97 €</w:t>
            </w:r>
          </w:p>
        </w:tc>
        <w:tc>
          <w:tcPr>
            <w:tcW w:type="dxa" w:w="1440"/>
          </w:tcPr>
          <w:p>
            <w:r/>
          </w:p>
        </w:tc>
        <w:tc>
          <w:tcPr>
            <w:tcW w:type="dxa" w:w="1440"/>
          </w:tcPr>
          <w:p>
            <w:r>
              <w:t>01/02/2024 – 31/01/2025</w:t>
            </w:r>
          </w:p>
        </w:tc>
        <w:tc>
          <w:tcPr>
            <w:tcW w:type="dxa" w:w="1440"/>
          </w:tcPr>
          <w:p>
            <w:r>
              <w:rPr>
                <w:highlight w:val="yellow"/>
              </w:rPr>
              <w:t>rellenar</w:t>
            </w:r>
          </w:p>
        </w:tc>
      </w:tr>
      <w:tr>
        <w:tc>
          <w:tcPr>
            <w:tcW w:type="dxa" w:w="1440"/>
          </w:tcPr>
          <w:p>
            <w:r>
              <w:t>Serveis de neteja dels locals, dependències públiques i edificis municipals de l’Ajuntament de Viladecans relacionats en el plec de prescripcions, mitjançant el foment de la contractació de persones amb dificultats particulars d’inserció al mercat laboral i amb mesures de contractació pública sostenibles. · exp. AEP/ASG/Contractació/2023/65 – 28/2023/CSERV</w:t>
            </w:r>
          </w:p>
        </w:tc>
        <w:tc>
          <w:tcPr>
            <w:tcW w:type="dxa" w:w="1440"/>
          </w:tcPr>
          <w:p>
            <w:r>
              <w:t>Ajuntament de Viladecans</w:t>
            </w:r>
          </w:p>
        </w:tc>
        <w:tc>
          <w:tcPr>
            <w:tcW w:type="dxa" w:w="1440"/>
          </w:tcPr>
          <w:p>
            <w:r>
              <w:t>4.514.867,73 €</w:t>
            </w:r>
          </w:p>
        </w:tc>
        <w:tc>
          <w:tcPr>
            <w:tcW w:type="dxa" w:w="1440"/>
          </w:tcPr>
          <w:p>
            <w:r/>
          </w:p>
        </w:tc>
        <w:tc>
          <w:tcPr>
            <w:tcW w:type="dxa" w:w="1440"/>
          </w:tcPr>
          <w:p>
            <w:r>
              <w:t>26/06/2024 – 30/06/2026</w:t>
            </w:r>
          </w:p>
        </w:tc>
        <w:tc>
          <w:tcPr>
            <w:tcW w:type="dxa" w:w="1440"/>
          </w:tcPr>
          <w:p>
            <w:r>
              <w:rPr>
                <w:highlight w:val="yellow"/>
              </w:rPr>
              <w:t>rellenar</w:t>
            </w:r>
          </w:p>
        </w:tc>
      </w:tr>
      <w:tr>
        <w:tc>
          <w:tcPr>
            <w:tcW w:type="dxa" w:w="1440"/>
          </w:tcPr>
          <w:p>
            <w:r>
              <w:t>Servei de neteja de l’Hospital Duran i Reynals. · exp. CP-2023-18</w:t>
            </w:r>
          </w:p>
        </w:tc>
        <w:tc>
          <w:tcPr>
            <w:tcW w:type="dxa" w:w="1440"/>
          </w:tcPr>
          <w:p>
            <w:r>
              <w:t>Institut Català d'Oncologia (ICO)</w:t>
            </w:r>
          </w:p>
        </w:tc>
        <w:tc>
          <w:tcPr>
            <w:tcW w:type="dxa" w:w="1440"/>
          </w:tcPr>
          <w:p>
            <w:r>
              <w:t>5.858.067,65 €</w:t>
            </w:r>
          </w:p>
        </w:tc>
        <w:tc>
          <w:tcPr>
            <w:tcW w:type="dxa" w:w="1440"/>
          </w:tcPr>
          <w:p>
            <w:r/>
          </w:p>
        </w:tc>
        <w:tc>
          <w:tcPr>
            <w:tcW w:type="dxa" w:w="1440"/>
          </w:tcPr>
          <w:p>
            <w:r>
              <w:t>29/10/2024 – en curso</w:t>
            </w:r>
          </w:p>
        </w:tc>
        <w:tc>
          <w:tcPr>
            <w:tcW w:type="dxa" w:w="1440"/>
          </w:tcPr>
          <w:p>
            <w:r>
              <w:rPr>
                <w:highlight w:val="yellow"/>
              </w:rPr>
              <w:t>rellenar</w:t>
            </w:r>
          </w:p>
        </w:tc>
      </w:tr>
      <w:tr>
        <w:tc>
          <w:tcPr>
            <w:tcW w:type="dxa" w:w="1440"/>
          </w:tcPr>
          <w:p>
            <w:r>
              <w:t>L’objecte del present Acord Marc són els serveis de neteja i gestió de residus de les dependències, instal·lacions i zones vinculades a BSM i CBSA, mitjançant personal de neteja, aportació de maquinària i reposició dels materials necessaris per a la prestació del mateix. · exp. 2023CO0219AC</w:t>
            </w:r>
          </w:p>
        </w:tc>
        <w:tc>
          <w:tcPr>
            <w:tcW w:type="dxa" w:w="1440"/>
          </w:tcPr>
          <w:p>
            <w:r>
              <w:t>Barcelona de Serveis Municipals SA</w:t>
            </w:r>
          </w:p>
        </w:tc>
        <w:tc>
          <w:tcPr>
            <w:tcW w:type="dxa" w:w="1440"/>
          </w:tcPr>
          <w:p>
            <w:r>
              <w:t>11.638.115,93 €</w:t>
            </w:r>
          </w:p>
        </w:tc>
        <w:tc>
          <w:tcPr>
            <w:tcW w:type="dxa" w:w="1440"/>
          </w:tcPr>
          <w:p>
            <w:r/>
          </w:p>
        </w:tc>
        <w:tc>
          <w:tcPr>
            <w:tcW w:type="dxa" w:w="1440"/>
          </w:tcPr>
          <w:p>
            <w:r>
              <w:t>06/05/2024 – 06/05/2026</w:t>
            </w:r>
          </w:p>
        </w:tc>
        <w:tc>
          <w:tcPr>
            <w:tcW w:type="dxa" w:w="1440"/>
          </w:tcPr>
          <w:p>
            <w:r>
              <w:rPr>
                <w:highlight w:val="yellow"/>
              </w:rPr>
              <w:t>rellenar</w:t>
            </w:r>
          </w:p>
        </w:tc>
      </w:tr>
      <w:tr>
        <w:tc>
          <w:tcPr>
            <w:tcW w:type="dxa" w:w="1440"/>
          </w:tcPr>
          <w:p>
            <w:r>
              <w:t>Serà objecte del servei contractat la neteja de tots els espais i elements en ells presents, que ocupa el centre del BST, situat a les instal·lacions del l’Hospital del Bellvitge, amb l’objectiu de mantenir les instal·lacions en perfecte estat de neteja, ordre i pulcritud, motiu pel qual cal la cont · exp. CSE/1000/1100004585/23/PNSP</w:t>
            </w:r>
          </w:p>
        </w:tc>
        <w:tc>
          <w:tcPr>
            <w:tcW w:type="dxa" w:w="1440"/>
          </w:tcPr>
          <w:p>
            <w:r>
              <w:t>Banc de Sang i Teixits (BST)</w:t>
            </w:r>
          </w:p>
        </w:tc>
        <w:tc>
          <w:tcPr>
            <w:tcW w:type="dxa" w:w="1440"/>
          </w:tcPr>
          <w:p>
            <w:r>
              <w:t>23.591,00 €</w:t>
            </w:r>
          </w:p>
        </w:tc>
        <w:tc>
          <w:tcPr>
            <w:tcW w:type="dxa" w:w="1440"/>
          </w:tcPr>
          <w:p>
            <w:r/>
          </w:p>
        </w:tc>
        <w:tc>
          <w:tcPr>
            <w:tcW w:type="dxa" w:w="1440"/>
          </w:tcPr>
          <w:p>
            <w:r>
              <w:t>28/07/2023 – 31/12/2023</w:t>
            </w:r>
          </w:p>
        </w:tc>
        <w:tc>
          <w:tcPr>
            <w:tcW w:type="dxa" w:w="1440"/>
          </w:tcPr>
          <w:p>
            <w:r>
              <w:rPr>
                <w:highlight w:val="yellow"/>
              </w:rPr>
              <w:t>rellenar</w:t>
            </w:r>
          </w:p>
        </w:tc>
      </w:tr>
      <w:tr>
        <w:tc>
          <w:tcPr>
            <w:tcW w:type="dxa" w:w="1440"/>
          </w:tcPr>
          <w:p>
            <w:r>
              <w:t>Vista la petició de la Direcció d’Operacions i Enginyeria del Banc de Sang i Teixits, en vers a la contractació dels Serveis Integrals de neteja i desinfecció de l’edifici FDJ i adjacents del Banc de Sang i Teixits, ja que es requereix disposar de: Serveis de neteja que garanteixin la neteja i desin · exp. CSE/1000/1100004582/23/PO</w:t>
            </w:r>
          </w:p>
        </w:tc>
        <w:tc>
          <w:tcPr>
            <w:tcW w:type="dxa" w:w="1440"/>
          </w:tcPr>
          <w:p>
            <w:r>
              <w:t>Banc de Sang i Teixits (BST)</w:t>
            </w:r>
          </w:p>
        </w:tc>
        <w:tc>
          <w:tcPr>
            <w:tcW w:type="dxa" w:w="1440"/>
          </w:tcPr>
          <w:p>
            <w:r>
              <w:t>190.160,85 €</w:t>
            </w:r>
          </w:p>
        </w:tc>
        <w:tc>
          <w:tcPr>
            <w:tcW w:type="dxa" w:w="1440"/>
          </w:tcPr>
          <w:p>
            <w:r/>
          </w:p>
        </w:tc>
        <w:tc>
          <w:tcPr>
            <w:tcW w:type="dxa" w:w="1440"/>
          </w:tcPr>
          <w:p>
            <w:r>
              <w:t>11/10/2023 – 31/12/2023</w:t>
            </w:r>
          </w:p>
        </w:tc>
        <w:tc>
          <w:tcPr>
            <w:tcW w:type="dxa" w:w="1440"/>
          </w:tcPr>
          <w:p>
            <w:r>
              <w:rPr>
                <w:highlight w:val="yellow"/>
              </w:rPr>
              <w:t>rellenar</w:t>
            </w:r>
          </w:p>
        </w:tc>
      </w:tr>
      <w:tr>
        <w:tc>
          <w:tcPr>
            <w:tcW w:type="dxa" w:w="1440"/>
          </w:tcPr>
          <w:p>
            <w:r>
              <w:t>Servei de neteja de l’edifici de l’Escola Superior de Comerç Internacional, d’acord als termes regulats al plec de prescripcions tècniques. · exp. Exp.01/05/2023</w:t>
            </w:r>
          </w:p>
        </w:tc>
        <w:tc>
          <w:tcPr>
            <w:tcW w:type="dxa" w:w="1440"/>
          </w:tcPr>
          <w:p>
            <w:r>
              <w:t>Escola Superior de Comerç Internacional</w:t>
            </w:r>
          </w:p>
        </w:tc>
        <w:tc>
          <w:tcPr>
            <w:tcW w:type="dxa" w:w="1440"/>
          </w:tcPr>
          <w:p>
            <w:r>
              <w:t>300.595,48 €</w:t>
            </w:r>
          </w:p>
        </w:tc>
        <w:tc>
          <w:tcPr>
            <w:tcW w:type="dxa" w:w="1440"/>
          </w:tcPr>
          <w:p>
            <w:r/>
          </w:p>
        </w:tc>
        <w:tc>
          <w:tcPr>
            <w:tcW w:type="dxa" w:w="1440"/>
          </w:tcPr>
          <w:p>
            <w:r>
              <w:t>01/09/2023 – 31/08/2026</w:t>
            </w:r>
          </w:p>
        </w:tc>
        <w:tc>
          <w:tcPr>
            <w:tcW w:type="dxa" w:w="1440"/>
          </w:tcPr>
          <w:p>
            <w:r>
              <w:rPr>
                <w:highlight w:val="yellow"/>
              </w:rPr>
              <w:t>rellenar</w:t>
            </w:r>
          </w:p>
        </w:tc>
      </w:tr>
      <w:tr>
        <w:tc>
          <w:tcPr>
            <w:tcW w:type="dxa" w:w="1440"/>
          </w:tcPr>
          <w:p>
            <w:r>
              <w:t>Servei de neteja per als laboratoris del Consorci del Laboratori Intercomarcal De L’Alt Penedès, L’Anoia i el Garraf (CLILAB Diagnòstics) i del Subministrament (Compra) de material de neteja. · exp. CLILAB 2023-04</w:t>
            </w:r>
          </w:p>
        </w:tc>
        <w:tc>
          <w:tcPr>
            <w:tcW w:type="dxa" w:w="1440"/>
          </w:tcPr>
          <w:p>
            <w:r>
              <w:t>Consorci del Laboratori Intercomarcal de l'Alt Penedès,l'Anoia i el Garraf</w:t>
            </w:r>
          </w:p>
        </w:tc>
        <w:tc>
          <w:tcPr>
            <w:tcW w:type="dxa" w:w="1440"/>
          </w:tcPr>
          <w:p>
            <w:r>
              <w:t>497.561,78 €</w:t>
            </w:r>
          </w:p>
        </w:tc>
        <w:tc>
          <w:tcPr>
            <w:tcW w:type="dxa" w:w="1440"/>
          </w:tcPr>
          <w:p>
            <w:r/>
          </w:p>
        </w:tc>
        <w:tc>
          <w:tcPr>
            <w:tcW w:type="dxa" w:w="1440"/>
          </w:tcPr>
          <w:p>
            <w:r>
              <w:t>13/10/2023 – 12/10/2025</w:t>
            </w:r>
          </w:p>
        </w:tc>
        <w:tc>
          <w:tcPr>
            <w:tcW w:type="dxa" w:w="1440"/>
          </w:tcPr>
          <w:p>
            <w:r>
              <w:rPr>
                <w:highlight w:val="yellow"/>
              </w:rPr>
              <w:t>rellenar</w:t>
            </w:r>
          </w:p>
        </w:tc>
      </w:tr>
      <w:tr>
        <w:tc>
          <w:tcPr>
            <w:tcW w:type="dxa" w:w="1440"/>
          </w:tcPr>
          <w:p>
            <w:r>
              <w:t>Acord marc per a la selecció d'empreses per a la prestació dels serveis de neteja, respectuosos amb el medi ambient i socialment responsables, de la Diputació de Barcelona i del seu sector públic (lote 1) · exp. 2022/006760</w:t>
            </w:r>
          </w:p>
        </w:tc>
        <w:tc>
          <w:tcPr>
            <w:tcW w:type="dxa" w:w="1440"/>
          </w:tcPr>
          <w:p>
            <w:r>
              <w:t>Diputació de Barcelona</w:t>
            </w:r>
          </w:p>
        </w:tc>
        <w:tc>
          <w:tcPr>
            <w:tcW w:type="dxa" w:w="1440"/>
          </w:tcPr>
          <w:p>
            <w:r>
              <w:t>6.304.907,78 €</w:t>
            </w:r>
          </w:p>
        </w:tc>
        <w:tc>
          <w:tcPr>
            <w:tcW w:type="dxa" w:w="1440"/>
          </w:tcPr>
          <w:p>
            <w:r/>
          </w:p>
        </w:tc>
        <w:tc>
          <w:tcPr>
            <w:tcW w:type="dxa" w:w="1440"/>
          </w:tcPr>
          <w:p>
            <w:r>
              <w:t>26/01/2024 – 26/01/2026</w:t>
            </w:r>
          </w:p>
        </w:tc>
        <w:tc>
          <w:tcPr>
            <w:tcW w:type="dxa" w:w="1440"/>
          </w:tcPr>
          <w:p>
            <w:r>
              <w:rPr>
                <w:highlight w:val="yellow"/>
              </w:rPr>
              <w:t>rellenar</w:t>
            </w:r>
          </w:p>
        </w:tc>
      </w:tr>
      <w:tr>
        <w:tc>
          <w:tcPr>
            <w:tcW w:type="dxa" w:w="1440"/>
          </w:tcPr>
          <w:p>
            <w:r>
              <w:t>Acord marc per a la selecció d'empreses per a la prestació dels serveis de neteja, respectuosos amb el medi ambient i socialment responsables, de la Diputació de Barcelona i del seu sector públic (lote 2) · exp. 2022/006760</w:t>
            </w:r>
          </w:p>
        </w:tc>
        <w:tc>
          <w:tcPr>
            <w:tcW w:type="dxa" w:w="1440"/>
          </w:tcPr>
          <w:p>
            <w:r>
              <w:t>Diputació de Barcelona</w:t>
            </w:r>
          </w:p>
        </w:tc>
        <w:tc>
          <w:tcPr>
            <w:tcW w:type="dxa" w:w="1440"/>
          </w:tcPr>
          <w:p>
            <w:r>
              <w:t>2.734.819,57 €</w:t>
            </w:r>
          </w:p>
        </w:tc>
        <w:tc>
          <w:tcPr>
            <w:tcW w:type="dxa" w:w="1440"/>
          </w:tcPr>
          <w:p>
            <w:r/>
          </w:p>
        </w:tc>
        <w:tc>
          <w:tcPr>
            <w:tcW w:type="dxa" w:w="1440"/>
          </w:tcPr>
          <w:p>
            <w:r>
              <w:t>26/01/2024 – 26/01/2026</w:t>
            </w:r>
          </w:p>
        </w:tc>
        <w:tc>
          <w:tcPr>
            <w:tcW w:type="dxa" w:w="1440"/>
          </w:tcPr>
          <w:p>
            <w:r>
              <w:rPr>
                <w:highlight w:val="yellow"/>
              </w:rPr>
              <w:t>rellenar</w:t>
            </w:r>
          </w:p>
        </w:tc>
      </w:tr>
      <w:tr>
        <w:tc>
          <w:tcPr>
            <w:tcW w:type="dxa" w:w="1440"/>
          </w:tcPr>
          <w:p>
            <w:r>
              <w:t>Contractació del servei de neteja dels edificis i dependències municipals de l'Ajuntament de Barberà del Vallès, que junt amb la seva codificació, figura a l'apartat A) del quadre de característiques annex (Annex 1).</w:t>
              <w:br/>
              <w:br/>
              <w:t>A la licitació i execució del contracte regiran, a més de la normativa legal aplicable, el Plec de clàusules administratives particulars (PCAP) i el Plec de prescripcions tècniques (PPT). · exp. N774220046</w:t>
            </w:r>
          </w:p>
        </w:tc>
        <w:tc>
          <w:tcPr>
            <w:tcW w:type="dxa" w:w="1440"/>
          </w:tcPr>
          <w:p>
            <w:r>
              <w:t>Ajuntament de Barberà del Vallès</w:t>
            </w:r>
          </w:p>
        </w:tc>
        <w:tc>
          <w:tcPr>
            <w:tcW w:type="dxa" w:w="1440"/>
          </w:tcPr>
          <w:p>
            <w:r>
              <w:t>1.275.262,35 €</w:t>
            </w:r>
          </w:p>
        </w:tc>
        <w:tc>
          <w:tcPr>
            <w:tcW w:type="dxa" w:w="1440"/>
          </w:tcPr>
          <w:p>
            <w:r/>
          </w:p>
        </w:tc>
        <w:tc>
          <w:tcPr>
            <w:tcW w:type="dxa" w:w="1440"/>
          </w:tcPr>
          <w:p>
            <w:r>
              <w:t>16/01/2023 – 16/01/2024</w:t>
            </w:r>
          </w:p>
        </w:tc>
        <w:tc>
          <w:tcPr>
            <w:tcW w:type="dxa" w:w="1440"/>
          </w:tcPr>
          <w:p>
            <w:r>
              <w:rPr>
                <w:highlight w:val="yellow"/>
              </w:rPr>
              <w:t>rellenar</w:t>
            </w:r>
          </w:p>
        </w:tc>
      </w:tr>
      <w:tr>
        <w:tc>
          <w:tcPr>
            <w:tcW w:type="dxa" w:w="1440"/>
          </w:tcPr>
          <w:p>
            <w:r>
              <w:t>Servei de neteja dels col·legis públics i d'altres edificis municipals de Rubí. Dividit en dos LOTS:</w:t>
              <w:br/>
              <w:t>Lot 1  Edificis relacionats amb l'ensenyament</w:t>
              <w:br/>
              <w:t>Lot 2  Resta d'edificis municipals (lote 1) · exp. 5/2021/CSOH</w:t>
            </w:r>
          </w:p>
        </w:tc>
        <w:tc>
          <w:tcPr>
            <w:tcW w:type="dxa" w:w="1440"/>
          </w:tcPr>
          <w:p>
            <w:r>
              <w:t>Ajuntament de Rubí</w:t>
            </w:r>
          </w:p>
        </w:tc>
        <w:tc>
          <w:tcPr>
            <w:tcW w:type="dxa" w:w="1440"/>
          </w:tcPr>
          <w:p>
            <w:r>
              <w:t>1.791.003,99 €</w:t>
            </w:r>
          </w:p>
        </w:tc>
        <w:tc>
          <w:tcPr>
            <w:tcW w:type="dxa" w:w="1440"/>
          </w:tcPr>
          <w:p>
            <w:r/>
          </w:p>
        </w:tc>
        <w:tc>
          <w:tcPr>
            <w:tcW w:type="dxa" w:w="1440"/>
          </w:tcPr>
          <w:p>
            <w:r>
              <w:t>28/03/2023 – 28/03/2026</w:t>
            </w:r>
          </w:p>
        </w:tc>
        <w:tc>
          <w:tcPr>
            <w:tcW w:type="dxa" w:w="1440"/>
          </w:tcPr>
          <w:p>
            <w:r>
              <w:rPr>
                <w:highlight w:val="yellow"/>
              </w:rPr>
              <w:t>rellenar</w:t>
            </w:r>
          </w:p>
        </w:tc>
      </w:tr>
      <w:tr>
        <w:tc>
          <w:tcPr>
            <w:tcW w:type="dxa" w:w="1440"/>
          </w:tcPr>
          <w:p>
            <w:r>
              <w:t>Servei de neteja dels col·legis públics i d'altres edificis municipals de Rubí. Dividit en dos LOTS:</w:t>
              <w:br/>
              <w:t>Lot 1  Edificis relacionats amb l'ensenyament</w:t>
              <w:br/>
              <w:t>Lot 2  Resta d'edificis municipals (lote 2) · exp. 5/2021/CSOH</w:t>
            </w:r>
          </w:p>
        </w:tc>
        <w:tc>
          <w:tcPr>
            <w:tcW w:type="dxa" w:w="1440"/>
          </w:tcPr>
          <w:p>
            <w:r>
              <w:t>Ajuntament de Rubí</w:t>
            </w:r>
          </w:p>
        </w:tc>
        <w:tc>
          <w:tcPr>
            <w:tcW w:type="dxa" w:w="1440"/>
          </w:tcPr>
          <w:p>
            <w:r>
              <w:t>1.125.177,35 €</w:t>
            </w:r>
          </w:p>
        </w:tc>
        <w:tc>
          <w:tcPr>
            <w:tcW w:type="dxa" w:w="1440"/>
          </w:tcPr>
          <w:p>
            <w:r/>
          </w:p>
        </w:tc>
        <w:tc>
          <w:tcPr>
            <w:tcW w:type="dxa" w:w="1440"/>
          </w:tcPr>
          <w:p>
            <w:r>
              <w:t>28/03/2023 – 28/03/2026</w:t>
            </w:r>
          </w:p>
        </w:tc>
        <w:tc>
          <w:tcPr>
            <w:tcW w:type="dxa" w:w="1440"/>
          </w:tcPr>
          <w:p>
            <w:r>
              <w:rPr>
                <w:highlight w:val="yellow"/>
              </w:rPr>
              <w:t>rellenar</w:t>
            </w:r>
          </w:p>
        </w:tc>
      </w:tr>
    </w:tbl>
    <w:p/>
    <w:p>
      <w:r>
        <w:rPr>
          <w:b/>
        </w:rPr>
        <w:t>Importe adjudicado en el periodo: 334.863.764,70 € sin IVA, en 102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Presidencia del Consejo de Administración de la Autoridad Portuaria de Barcelona (PORT DE BARCELONA) (NIF Q0867012G)</w:t>
      </w:r>
    </w:p>
    <w:p>
      <w:r>
        <w:t xml:space="preserve">MULTISERVEIS NDAVANT, SL, con NIF B60579240, adjudicataria del contrato «Segunda prórroga del contrato Servicio de Limpieza de Edificios Principales de la Autoridad Portuaria de Barcelona. Clave de expediente: 2022I070002. Ref. Servicio de Contratación: 2022-00034», expediente 2026-00292, adjudicado el 18/07/2026 por 382.000,00 €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26/07/2026 a 26/07/2027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Junta de Contratación de la Secretaría de Estado de Justicia (NIF S2813610I)</w:t>
      </w:r>
    </w:p>
    <w:p>
      <w:r>
        <w:t xml:space="preserve">MULTISERVEIS NDAVANT, SL, con NIF B60579240, adjudicataria del contrato «Servicio de Limpieza Integral y Servicios Complementarios en Edificios Administrativos y Sedes Judiciales Adscritos a las Gerencias Territoriales.», lote 5, expediente ASE/2024/087, adjudicado el 05/03/2025 por 733.413,30 €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31/03/2025 a 31/03/2027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INSS-Dirección provincial de Pontevedra (NIF Q3619003A)</w:t>
      </w:r>
    </w:p>
    <w:p>
      <w:r>
        <w:t xml:space="preserve">MULTISERVEIS NDAVANT, SL, con NIF B60579240, adjudicataria del contrato «Prorroga servicio de mantenimiento preventivo y correctivo de diversas instalaciones y equipos eléctricos, puertas automáticas y fontanería, mantenimiento de instalaciones de voz y datos y pequeñas reparaciones , mantenimiento de los sistemas de climatización y aire acondicionado en el edificio sede DP INSS del INSS de Pontevedra y sus centros dependientes por un período de 6 meses», lote 1, expediente 36/PR-286/24(VC-421/23/SE/PAS), adjudicado el 12/12/2024 por 15.569,40 €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06/02/2025 a 06/08/2025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INSS-Dirección provincial de Pontevedra (NIF Q3619003A)</w:t>
      </w:r>
    </w:p>
    <w:p>
      <w:r>
        <w:t xml:space="preserve">MULTISERVEIS NDAVANT, SL, con NIF B60579240, adjudicataria del contrato «Prorroga servicio de mantenimiento preventivo y correctivo de diversas instalaciones y equipos eléctricos, puertas automáticas y fontanería, mantenimiento de instalaciones de voz y datos y pequeñas reparaciones , mantenimiento de los sistemas de climatización y aire acondicionado en el edificio sede DP INSS del INSS de Pontevedra y sus centros dependientes por un período de 6 meses», lote 2, expediente 36/PR-286/24(VC-421/23/SE/PAS), adjudicado el 12/12/2024 por 9.098,28 €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06/02/2025 a 06/08/2025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INSS-Dirección provincial de Pontevedra (NIF Q3619003A)</w:t>
      </w:r>
    </w:p>
    <w:p>
      <w:r>
        <w:t xml:space="preserve">MULTISERVEIS NDAVANT, SL, con NIF B60579240, adjudicataria del contrato «Servicio de mantenimiento preventivo y correctivo de las instalaciones y equipos eléctricos, puertas automáticas y fontanería, mantenimiento correctivo de instalaciones de voz y datos y pequeñas reparaciones y mantenimiento sistemas climatización y aire acondicionado en edificio sede DP INSS de Pontevedra y sus centros dependientes. Año 2024.», lote 1, expediente 36/VC-421/23/SE/PAS, adjudicado el 04/01/2024 por 31.138,80 €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06/02/2024 a 06/02/2025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INSS-Dirección provincial de Pontevedra (NIF Q3619003A)</w:t>
      </w:r>
    </w:p>
    <w:p>
      <w:r>
        <w:t xml:space="preserve">MULTISERVEIS NDAVANT, SL, con NIF B60579240, adjudicataria del contrato «Servicio de mantenimiento preventivo y correctivo de las instalaciones y equipos eléctricos, puertas automáticas y fontanería, mantenimiento correctivo de instalaciones de voz y datos y pequeñas reparaciones y mantenimiento sistemas climatización y aire acondicionado en edificio sede DP INSS de Pontevedra y sus centros dependientes. Año 2024.», lote 2, expediente 36/VC-421/23/SE/PAS, adjudicado el 04/01/2024 por 18.196,56 €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06/02/2024 a 06/02/2025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Distrito de Tetuán (NIF P2807900B)</w:t>
      </w:r>
    </w:p>
    <w:p>
      <w:r>
        <w:t xml:space="preserve">MULTISERVEIS NDAVANT, SL, con NIF B60579240, adjudicataria del contrato «Limpieza y reposición de contenedores higiénico-sanitarios en los equipamientos adscritos al Distrito de Tetuán», expediente 300/2022/00589, adjudicado el 08/06/2023 por 3.165.126,48 €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05/07/2023 a 05/07/2025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Universitat Politècnica de València (NIF Q4618002B)</w:t>
      </w:r>
    </w:p>
    <w:p>
      <w:r>
        <w:t xml:space="preserve">MULTISERVEIS NDAVANT, SL, con NIF B60579240, adjudicataria del contrato «Servicio de limpieza interior integral de los edificios de la Universitat Politècnica de València», lote 2, expediente MY22/VDSC/SE/85, adjudicado el 29/05/2023 por 5.545.455,00 €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27/06/2023 a 27/06/2025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d'Educació de Barcelona</w:t>
      </w:r>
    </w:p>
    <w:p>
      <w:r>
        <w:t xml:space="preserve">MULTISERVEIS NDAVANT, SL, con NIF B60579240, adjudicataria del contrato «Servei de neteja i serveis complementaris de centres», lote 3, expediente CEB-2022-4, adjudicado el …… por 7.267.395,14 €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25/02/2022 a 25/02/2024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d'Esplugues de Llobregat</w:t>
      </w:r>
    </w:p>
    <w:p>
      <w:r>
        <w:t xml:space="preserve">MULTISERVEIS NDAVANT, SL, con NIF B60579240, adjudicataria del contrato «Servei de neteja i desinfecció dels edificis, dependencies i locals municipals de l'Ajuntament d'Esplugues de Llobregat», expediente 2020/11542/1408, adjudicado el …… por 4.131.159,39 €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03/06/2021 a 03/06/2024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Terrassa</w:t>
      </w:r>
    </w:p>
    <w:p>
      <w:r>
        <w:t xml:space="preserve">MULTISERVEIS NDAVANT, SL, con NIF B60579240, adjudicataria del contrato «Serveis de neteja i desinfecció de dependències, i neteja d'espais interiors i exteriors dels centres municipals de l'Ajuntament de Terrassa i dels centres públics d'ensenyament d'educació i altres que depenen del Servei d'Educació.», lote 2, expediente ECAS 4627/2020, adjudicado el …… por 7.260.647,76 €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01/01/2021 a 01/01/2024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MULTISERVEIS NDAVANT, SL, con NIF B60579240, adjudicataria del contrato «EMERGÈNCIA - Servei de neteja de final d'obra i el posterior manteniment higiènic diari dels mòduls instal·lats a la finca Torreferrussa per atendre necessitats derivades del dispositiu de control de la pesta porcina africana dimensionats d'acord a les necessitats que se'n deriven de la Resolució ARP/709/2026, de 12 de març, per la qual es declara un nou focus de pesta porcina africana (PPA) i es modifica la Resolució ARP/4435/2025, de 29 de novembre», expediente IT-2026-930, adjudicado el …… por 23.602,77 €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21/04/2026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Centres educatius Barcelona ciutat - Consorci d'Educació de Barcelona</w:t>
      </w:r>
    </w:p>
    <w:p>
      <w:r>
        <w:t xml:space="preserve">MULTISERVEIS NDAVANT, SL, con NIF B60579240, adjudicataria del contrato «Servicio de limpieza del centro INS Escola d'Hoteleria i Turisme de Barcelona», expediente 08044934-2026-006, adjudicado el …… por 160.078,20 €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15/10/2026 a 15/10/2027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Centres educatius Barcelona ciutat - Consorci d'Educació de Barcelona</w:t>
      </w:r>
    </w:p>
    <w:p>
      <w:r>
        <w:t xml:space="preserve">MULTISERVEIS NDAVANT, SL, con NIF B60579240, adjudicataria del contrato «servicio de limpieza del centro Institut Francisco de Goya», expediente 08052724-2026-001, adjudicado el …… por 62.645,40 €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07/07/2026 a 07/07/2027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MULTISERVEIS NDAVANT, SL, con NIF B60579240, adjudicataria del contrato «EMERGÈNCIA per al'increment del servei de neteja a partir de març de 2026 dels edificis, locals i dependències de la Direcció General dels Agents Rurals, per atendre necessitats derivades del dispositiu de control del brot de pesta porcina africana detectat a la serra de Collserola», expediente IT-2026-371, adjudicado el …… por 23.973,84 €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01/03/2026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Ferrocarril Metropolità de Barcelona, SA</w:t>
      </w:r>
    </w:p>
    <w:p>
      <w:r>
        <w:t xml:space="preserve">MULTISERVEIS NDAVANT, SL, con NIF B60579240, adjudicataria del contrato «Servei de Neteja d’Estacions, Trens i Dependències de de la Xarxa Convencional de Metro, L9 (Nord i Sud) i L10, Funicular, Telefèric i Tramvia Blau», lote 2, expediente 16116805, adjudicado el …… por 20.737.934,88 €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29/06/2026 a 29/06/2031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Ferrocarril Metropolità de Barcelona, SA</w:t>
      </w:r>
    </w:p>
    <w:p>
      <w:r>
        <w:t xml:space="preserve">MULTISERVEIS NDAVANT, SL, con NIF B60579240, adjudicataria del contrato «Servei de Neteja d’Estacions, Trens i Dependències de de la Xarxa Convencional de Metro, L9 (Nord i Sud) i L10, Funicular, Telefèric i Tramvia Blau», lote 3, expediente 16116805, adjudicado el …… por 22.313.986,09 €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29/06/2026 a 29/06/2031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Ferrocarril Metropolità de Barcelona, SA</w:t>
      </w:r>
    </w:p>
    <w:p>
      <w:r>
        <w:t xml:space="preserve">MULTISERVEIS NDAVANT, SL, con NIF B60579240, adjudicataria del contrato «Servei de Neteja d’Estacions, Trens i Dependències de de la Xarxa Convencional de Metro, L9 (Nord i Sud) i L10, Funicular, Telefèric i Tramvia Blau», lote 5, expediente 16116805, adjudicado el …… por 37.431.905,67 €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29/06/2026 a 29/06/2031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Centre de Regulació Genòmica</w:t>
      </w:r>
    </w:p>
    <w:p>
      <w:r>
        <w:t xml:space="preserve">MULTISERVEIS NDAVANT, SL, con NIF B60579240, adjudicataria del contrato «Servei de rentat i esterilització de material de laboratori del Centre de Regulació Genòmica (CRG).», expediente CRG02/26, adjudicado el …… por 171.270,92 €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30/04/2026 a 30/04/2028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MULTISERVEIS NDAVANT, SL, con NIF B60579240, adjudicataria del contrato «serveis de neteja respectuosos amb el medi ambient, mitjançant procediment basat en l'Acord marc dels serveis de neteja (CCS 2022 1), en els edificis, locals i dependències de l'Àrea Regional de Lleida (Àrea Bàsica (AB) de Pla de l'Urgell i Segrià, AB Noguera, Nau de Balaguer, AB Urgell, Sitja de Lleida)», expediente IT-2026-62, adjudicado el …… por 64.033,24 €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08/01/2026 a 08/01/2027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 i Formació Professional</w:t>
      </w:r>
    </w:p>
    <w:p>
      <w:r>
        <w:t xml:space="preserve">MULTISERVEIS NDAVANT, SL, con NIF B60579240, adjudicataria del contrato «La contractació té per objecte prestar el servei de neteja dels espais del centre educatiu. La neteja de l'Institut Eugeni d’Ors de Vilafranca del Penedès consisteix a treure la brutícia i fer nets l’edifici escolar, les instal·lacions i els equipaments.», expediente 08031459/2025/15, adjudicado el …… por 102.994,56 €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03/02/2026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MULTISERVEIS NDAVANT, SL, con NIF B60579240, adjudicataria del contrato «Serveis de neteja mitjançant procediment basat en l'Acord Marc (CCS 2022 1) en els edificis, locals i dependències del Cos d'Agents Rurals del Cos d'Agents Rurals del Departament d'Interior i Seguretat Pública de la Generalitat de Catalunya, dividit en 11 lots per a l'any 2026», lote 1, expediente IT-2026-21, adjudicado el …… por 43.247,57 €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13/11/2025 a 13/11/2026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MULTISERVEIS NDAVANT, SL, con NIF B60579240, adjudicataria del contrato «Serveis de neteja mitjançant procediment basat en l'Acord Marc (CCS 2022 1) en els edificis, locals i dependències del Cos d'Agents Rurals del Cos d'Agents Rurals del Departament d'Interior i Seguretat Pública de la Generalitat de Catalunya, dividit en 11 lots per a l'any 2026», lote 11, expediente IT-2026-21, adjudicado el …… por 87.992,52 €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13/11/2025 a 13/11/2026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MULTISERVEIS NDAVANT, SL, con NIF B60579240, adjudicataria del contrato «Serveis de neteja mitjançant procediment basat en l'Acord Marc (CCS 2022 1) en els edificis, locals i dependències del Cos d'Agents Rurals del Cos d'Agents Rurals del Departament d'Interior i Seguretat Pública de la Generalitat de Catalunya, dividit en 11 lots per a l'any 2026», lote 7, expediente IT-2026-21, adjudicado el …… por 91.192,06 €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13/11/2025 a 13/11/2026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Centres educatius - Serveis Territorials a Tarragona</w:t>
      </w:r>
    </w:p>
    <w:p>
      <w:r>
        <w:t xml:space="preserve">MULTISERVEIS NDAVANT, SL, con NIF B60579240, adjudicataria del contrato «Servei de neteja de l’Institut Comte de Rius de Tarragona», expediente 43003653/2026/01, adjudicado el …… por 106.716,84 €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24/03/2026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Masquefa</w:t>
      </w:r>
    </w:p>
    <w:p>
      <w:r>
        <w:t>MULTISERVEIS NDAVANT, SL, con NIF B60579240, adjudicataria del contrato «la prestació dels serveis ordinaris i extraordinaris de neteja i serveis complementaris dels edificis municipals de l’Ajuntament de Masquefa, d’acord amb les especificacions tècniques que s’estableixin al Plec Tècnic.</w:t>
        <w:br/>
        <w:t xml:space="preserve">Aquest servei inclou la neteja pròpiament, així com l’aportació de tot el personal necessari,sistema integral de seguretat i salut, maquinària, material, estris, productes de neteja, sistemes de recollida selectiva, accessoris, elements fungibles i consumibles necessaris per a la prestació integral i complerta dels serveis i la gestió de residus. També inclou la supervisió, organització, suport tècnic-administratiu i control horari.», expediente 2025_2 CON X2025000474, adjudicado el …… por 1.746.152,90 €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24/02/2026 a 24/02/2029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MULTISERVEIS NDAVANT, SL, con NIF B60579240,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1,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MULTISERVEIS NDAVANT, SL, con NIF B60579240,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2,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MULTISERVEIS NDAVANT, SL, con NIF B60579240,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3,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MULTISERVEIS NDAVANT, SL, con NIF B60579240,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4,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MULTISERVEIS NDAVANT, SL, con NIF B60579240,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5,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MULTISERVEIS NDAVANT, SL, con NIF B60579240,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6,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MULTISERVEIS NDAVANT, SL, con NIF B60579240,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8,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Viladecans Qualitat, S.L.</w:t>
      </w:r>
    </w:p>
    <w:p>
      <w:r>
        <w:t xml:space="preserve">MULTISERVEIS NDAVANT, SL, con NIF B60579240, adjudicataria del contrato «L’objecte d’aquest contracte és la regulació del procediment obert subjecte a regulació harmonitzada per a l'adjudicació, per part de Viladecans Qualitat, S.L. del contracte de prestació dels SERVEIS DE NETEJA DE LES INSTAL·LACIONS GESTIONADES PER VILADECANS QUALITAT, S.L.», lote 1, expediente 25/221, adjudicado el …… por 1.670.240,77 €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28/07/2026 a 28/07/2028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Viladecans Qualitat, S.L.</w:t>
      </w:r>
    </w:p>
    <w:p>
      <w:r>
        <w:t xml:space="preserve">MULTISERVEIS NDAVANT, SL, con NIF B60579240, adjudicataria del contrato «L’objecte d’aquest contracte és la regulació del procediment obert subjecte a regulació harmonitzada per a l'adjudicació, per part de Viladecans Qualitat, S.L. del contracte de prestació dels SERVEIS DE NETEJA DE LES INSTAL·LACIONS GESTIONADES PER VILADECANS QUALITAT, S.L.», lote 2, expediente 25/221, adjudicado el …… por 63.087,02 €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28/07/2026 a 28/07/2028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Caldes de Montbui</w:t>
      </w:r>
    </w:p>
    <w:p>
      <w:r>
        <w:t xml:space="preserve">MULTISERVEIS NDAVANT, SL, con NIF B60579240, adjudicataria del contrato «Servei de neteja dels equipaments municipals de l'Ajuntament de Caldes de Montbui», expediente 2650/2025, adjudicado el …… por 1.645.608,54 €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02/03/2026 a 02/03/2028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Català de la Salut (ICS)</w:t>
      </w:r>
    </w:p>
    <w:p>
      <w:r>
        <w:t xml:space="preserve">MULTISERVEIS NDAVANT, SL, con NIF B60579240, adjudicataria del contrato «Servei de neteja per a l’Hospital Universitari Germans Trias i Pujol, l’Institut Català d’Oncologia, l’Institut de Diagnòstic per a la Imatge i el Banc de Sang i Teixits – Badalona», expediente CSE/AH03/1101444262/26/PO, adjudicado el …… por 11.442.116,98 €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30/12/2025 a 30/12/2026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Badalona Serveis Assistencials, SA</w:t>
      </w:r>
    </w:p>
    <w:p>
      <w:r>
        <w:t xml:space="preserve">MULTISERVEIS NDAVANT, SL, con NIF B60579240, adjudicataria del contrato «Servei integral de neteja, gestió interna del rober i gestió interna dels residus per a Badalona Serveis Assistencials, S.A.», expediente BSA 9/25, adjudicado el …… por 4.002.717,07 €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30/12/2025 a 30/12/2027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Mercat de les Flors</w:t>
      </w:r>
    </w:p>
    <w:p>
      <w:r>
        <w:t xml:space="preserve">MULTISERVEIS NDAVANT, SL, con NIF B60579240, adjudicataria del contrato «Contracte basat del servei de neteja de les dependències del Consorci del Consorci Mercat de les Flors (Acord Marc de la Comissió Central de Subministraments - Exp. CCS 2022 1-)», lote 1, expediente F24-327, adjudicado el …… por 100.798,88 €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Centres educatius Barcelona ciutat - Consorci d''Educació de Barcelona</w:t>
      </w:r>
    </w:p>
    <w:p>
      <w:r>
        <w:t xml:space="preserve">MULTISERVEIS NDAVANT, SL, con NIF B60579240, adjudicataria del contrato «Servei de neteja Institut Jaume Balmes», expediente 08013111-2025-001, adjudicado el …… por 56.163,98 €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31/05/2025 a 31/05/2026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MULTISERVEIS NDAVANT, SL, con NIF B60579240, adjudicataria del contrato «Prestació dels serveis de neteja respectuosos amb el medi ambient, mitjançant procediment basat en l'Acord marc dels serveis de neteja (CCS 2022 1) en els edificis, locals i dependències del Cos d'Agents Rurals del Departament d'Interior(excepte província de Barcelona)durant l'any 2025 i dividit en 5 lots.», lote 1, expediente IT-2025-39, adjudicado el …… por 87.309,04 €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26/02/2025 a 26/02/2026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MULTISERVEIS NDAVANT, SL, con NIF B60579240, adjudicataria del contrato «Prestació dels serveis de neteja respectuosos amb el medi ambient, mitjançant procediment basat en l'Acord marc dels serveis de neteja (CCS 2022 1) en els edificis, locals i dependències del Cos d'Agents Rurals del Departament d'Interior(excepte província de Barcelona)durant l'any 2025 i dividit en 5 lots.», lote 2, expediente IT-2025-39, adjudicado el …… por 66.509,56 €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26/02/2025 a 26/02/2026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MULTISERVEIS NDAVANT, SL, con NIF B60579240, adjudicataria del contrato «Prestació dels serveis de neteja respectuosos amb el medi ambient, mitjançant procediment basat en l'Acord marc dels serveis de neteja (CCS 2022 1) en els edificis, locals i dependències del Cos d'Agents Rurals del Departament d'Interior(excepte província de Barcelona)durant l'any 2025 i dividit en 5 lots.», lote 5, expediente IT-2025-39, adjudicado el …… por 85.205,12 €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26/02/2025 a 26/02/2026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Matadepera</w:t>
      </w:r>
    </w:p>
    <w:p>
      <w:r>
        <w:t xml:space="preserve">MULTISERVEIS NDAVANT, SL, con NIF B60579240, adjudicataria del contrato «L’objecte del contracte és la prestació dels serveis de neteja en els edificis municipals, centres escolars i centres esportius de Matadepera, així com el control i supervisió dels serveis prestats», expediente X2024013218, adjudicado el …… por 872.760,83 €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27/05/2025 a 27/05/2027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Agència Tributària de Catalunya</w:t>
      </w:r>
    </w:p>
    <w:p>
      <w:r>
        <w:t xml:space="preserve">MULTISERVEIS NDAVANT, SL, con NIF B60579240, adjudicataria del contrato «Servei de neteja a les dependències de l'Agència Tributària de Catalunya (any 2025) 5 lots», lote 5, expediente ATC-2025-2, adjudicado el …… por 70.827,12 €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12/12/2024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d'Agricultura, Ramaderia, Pesca i Alimentació</w:t>
      </w:r>
    </w:p>
    <w:p>
      <w:r>
        <w:t xml:space="preserve">MULTISERVEIS NDAVANT, SL, con NIF B60579240, adjudicataria del contrato «Treballs de neteja de les dependències del Departament d’Agricultura, Ramaderia, Pesca i Alimentació i del Departament de Territori, Habitatge i Transició Ecològica, per tal de mantenir-les en les degudes condicions d’higiene.», lote 15, expediente AG-2025-1, adjudicado el …… por 108.715,52 €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11/12/2024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d'Agricultura, Ramaderia, Pesca i Alimentació</w:t>
      </w:r>
    </w:p>
    <w:p>
      <w:r>
        <w:t xml:space="preserve">MULTISERVEIS NDAVANT, SL, con NIF B60579240, adjudicataria del contrato «Treballs de neteja de les dependències del Departament d’Agricultura, Ramaderia, Pesca i Alimentació i del Departament de Territori, Habitatge i Transició Ecològica, per tal de mantenir-les en les degudes condicions d’higiene.», lote 16, expediente AG-2025-1, adjudicado el …… por 84.788,24 €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11/12/2024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d'Agricultura, Ramaderia, Pesca i Alimentació</w:t>
      </w:r>
    </w:p>
    <w:p>
      <w:r>
        <w:t xml:space="preserve">MULTISERVEIS NDAVANT, SL, con NIF B60579240, adjudicataria del contrato «Treballs de neteja de les dependències del Departament d’Agricultura, Ramaderia, Pesca i Alimentació i del Departament de Territori, Habitatge i Transició Ecològica, per tal de mantenir-les en les degudes condicions d’higiene.», lote 18, expediente AG-2025-1, adjudicado el …… por 124.474,41 €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11/12/2024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d'Agricultura, Ramaderia, Pesca i Alimentació</w:t>
      </w:r>
    </w:p>
    <w:p>
      <w:r>
        <w:t xml:space="preserve">MULTISERVEIS NDAVANT, SL, con NIF B60579240, adjudicataria del contrato «Treballs de neteja de les dependències del Departament d’Agricultura, Ramaderia, Pesca i Alimentació i del Departament de Territori, Habitatge i Transició Ecològica, per tal de mantenir-les en les degudes condicions d’higiene.», lote 3, expediente AG-2025-1, adjudicado el …… por 149.026,74 €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11/12/2024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d'Agricultura, Ramaderia, Pesca i Alimentació</w:t>
      </w:r>
    </w:p>
    <w:p>
      <w:r>
        <w:t xml:space="preserve">MULTISERVEIS NDAVANT, SL, con NIF B60579240, adjudicataria del contrato «Treballs de neteja de les dependències del Departament d’Agricultura, Ramaderia, Pesca i Alimentació i del Departament de Territori, Habitatge i Transició Ecològica, per tal de mantenir-les en les degudes condicions d’higiene.», lote 9, expediente AG-2025-1, adjudicado el …… por 111.334,58 €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11/12/2024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 i Formació Professional</w:t>
      </w:r>
    </w:p>
    <w:p>
      <w:r>
        <w:t xml:space="preserve">MULTISERVEIS NDAVANT, SL, con NIF B60579240, adjudicataria del contrato «Servei de neteja de l'Institut Comte de Rius», expediente 43003653/2025/01, adjudicado el …… por 102.388,22 €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15/01/2025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Tiana</w:t>
      </w:r>
    </w:p>
    <w:p>
      <w:r>
        <w:t xml:space="preserve">MULTISERVEIS NDAVANT, SL, con NIF B60579240, adjudicataria del contrato «És objecte del present plec la contractació del servei de neteja dels edificis i dependències municipals de l'Ajuntament de Tiana.», expediente 184/2024: CT/SV-03/24, adjudicado el …… por 571.471,01 €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10/02/2025 a 10/02/2027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 i Formació Professional</w:t>
      </w:r>
    </w:p>
    <w:p>
      <w:r>
        <w:t xml:space="preserve">MULTISERVEIS NDAVANT, SL, con NIF B60579240, adjudicataria del contrato «Servei de neteja CRP de l'Alt Camp», expediente 43990101/2025/05, adjudicado el …… por 6.659,72 €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02/12/2024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Català de la Salut (ICS)</w:t>
      </w:r>
    </w:p>
    <w:p>
      <w:r>
        <w:t xml:space="preserve">MULTISERVEIS NDAVANT, SL, con NIF B60579240, adjudicataria del contrato «Servei de neteja a l'Hospital Universitari Vall d'Hebron, a la Fundació Vall d'Hebron Institut de Recerca, al Vall d'Hebron Institut d'Oncologia i a l'Institut de Diagnòstic per la Imatge», expediente CSE/AH01/1101401267/25/PO, adjudicado el …… por 27.548.287,83 €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25/02/2025 a 25/01/2026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Barberà del Vallès</w:t>
      </w:r>
    </w:p>
    <w:p>
      <w:r>
        <w:t>MULTISERVEIS NDAVANT, SL, con NIF B60579240, adjudicataria del contrato «Contractació del servei de neteja dels edificis i dependències municipals de l'Ajuntament de Barberà del Vallès, que junt amb la seva codificació, figura a l'apartat A) del quadre de característiques annex (Annex 1).</w:t>
        <w:br/>
        <w:br/>
        <w:t>A la licitació i execució del contracte regiran, a més de la normativa legal aplicable, el Plec de clàusules administratives particulars i el Plec de prescripcions tècniques (PPT) (Annex 2).</w:t>
        <w:br/>
        <w:br/>
        <w:t xml:space="preserve">IMPORTANT: Els licitadors hauran de presentar oferta únicament pel que respecte a la prestació dels serveis de neteges ordinàries, corresponents als dos anys de durada total del contracte. L'import de 3.910.351,54 €, IVA inclòs, (3.231.695,48 € + 678.656,06 € d'IVA) és la xifra màxima, per sobre de la qual s’estima que les ofertes dels licitadors excedeixen el tipus de licitació.», expediente N774240098, adjudicado el …… por 74.380,17 €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25/04/2025 a 25/04/2027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Polinyà</w:t>
      </w:r>
    </w:p>
    <w:p>
      <w:r>
        <w:t>MULTISERVEIS NDAVANT, SL, con NIF B60579240, adjudicataria del contrato «L’objecte del contracte és la prestació dels serveis de neteja en els edificis municipals de Polinyà, així com el control i supervisió dels serveis.</w:t>
        <w:br/>
        <w:t xml:space="preserve">Les característiques d'aquest contracte, així com les condicions en que han de prestar-se els serveis, venen determinades en el Plec de Prescripcions Tècniques.», expediente C-05/2024, adjudicado el …… por 1.002.995,72 €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26/03/2025 a 26/03/2027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 Quirze del Vallès</w:t>
      </w:r>
    </w:p>
    <w:p>
      <w:r>
        <w:t xml:space="preserve">MULTISERVEIS NDAVANT, SL, con NIF B60579240, adjudicataria del contrato «L’objecte del present contracte és el servei de neteja i desinfecció dels edificis municipals i centres d’ensenyament de Sant Quirze del Vallès, així com la gestió integral del personal del servei, segons el que estableix el Plec de prescripcions tècniques particulars.», lote 1, expediente 18/2024/P2CONTR, adjudicado el …… por 868.948,26 €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03/01/2025 a 03/01/2027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 Quirze del Vallès</w:t>
      </w:r>
    </w:p>
    <w:p>
      <w:r>
        <w:t xml:space="preserve">MULTISERVEIS NDAVANT, SL, con NIF B60579240, adjudicataria del contrato «L’objecte del present contracte és el servei de neteja i desinfecció dels edificis municipals i centres d’ensenyament de Sant Quirze del Vallès, així com la gestió integral del personal del servei, segons el que estableix el Plec de prescripcions tècniques particulars.», lote 2, expediente 18/2024/P2CONTR, adjudicado el …… por 1.538.584,50 €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03/01/2025 a 03/01/2027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Institut d'Investigació en Ciències de la Salut Germans Trias i Pujol</w:t>
      </w:r>
    </w:p>
    <w:p>
      <w:r>
        <w:t xml:space="preserve">MULTISERVEIS NDAVANT, SL, con NIF B60579240, adjudicataria del contrato «Contractació dels serveis de valisa, transport de paqueteria i mostres de la Fundació Institut d’Investigació en Ciències de la Salut Germans Trias i Pujol.», expediente Exp. 12531/2024, adjudicado el …… por 41.980,97 €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30/12/2024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Universitat Autònoma de Barcelona MP</w:t>
      </w:r>
    </w:p>
    <w:p>
      <w:r>
        <w:t xml:space="preserve">MULTISERVEIS NDAVANT, SL, con NIF B60579240, adjudicataria del contrato «Servei de neteja dels espais docents, de reunió i administratius, espais exteriors i accessos de l''edifici UAB-Casa Convalescència, ubicat a Barcelona, al carrer Sant Antoni Maria Claret, 171.», expediente 2/2024, adjudicado el …… por 280.168,94 €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23/05/2025 a 23/05/2026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