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MULTISERVEIS NDAVANT, SL</w:t>
      </w:r>
    </w:p>
    <w:p>
      <w:r>
        <w:t>NIF B60579240.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